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3CD" w:rsidRPr="00A24143" w:rsidRDefault="006E73CD" w:rsidP="006E73CD">
      <w:pPr>
        <w:spacing w:after="40"/>
        <w:jc w:val="right"/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A24143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МБОУ ТАРАСОВСКАЯ СОШ № 1</w:t>
      </w:r>
      <w:r w:rsidRPr="00A24143">
        <w:rPr>
          <w:rFonts w:ascii="Times New Roman" w:eastAsia="MS Mincho" w:hAnsi="Times New Roman" w:cs="Times New Roman"/>
          <w:b/>
          <w:sz w:val="28"/>
          <w:szCs w:val="28"/>
          <w:lang w:val="ru-RU"/>
        </w:rPr>
        <w:br/>
        <w:t xml:space="preserve">Утверждаю: Директор МБОУ ТСОШ № 1 </w:t>
      </w:r>
    </w:p>
    <w:p w:rsidR="001432E7" w:rsidRPr="00A24143" w:rsidRDefault="006E73CD" w:rsidP="006E73CD">
      <w:pPr>
        <w:spacing w:after="40"/>
        <w:jc w:val="right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A24143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Малов А.С. ______________</w:t>
      </w:r>
      <w:r w:rsidRPr="00A24143">
        <w:rPr>
          <w:rFonts w:ascii="Times New Roman" w:eastAsia="MS Mincho" w:hAnsi="Times New Roman" w:cs="Times New Roman"/>
          <w:b/>
          <w:sz w:val="28"/>
          <w:szCs w:val="28"/>
          <w:lang w:val="ru-RU"/>
        </w:rPr>
        <w:br/>
        <w:t>«28» августа 2026 г.</w:t>
      </w:r>
    </w:p>
    <w:p w:rsidR="00DA13AF" w:rsidRPr="00A24143" w:rsidRDefault="00AB72AD" w:rsidP="00FB1C3D">
      <w:pPr>
        <w:spacing w:after="0" w:line="240" w:lineRule="auto"/>
        <w:jc w:val="center"/>
        <w:rPr>
          <w:sz w:val="28"/>
          <w:szCs w:val="28"/>
          <w:lang w:val="ru-RU"/>
        </w:rPr>
      </w:pPr>
      <w:r w:rsidRPr="00A24143">
        <w:rPr>
          <w:rFonts w:ascii="Times New Roman" w:hAnsi="Times New Roman"/>
          <w:b/>
          <w:color w:val="1B365D"/>
          <w:sz w:val="28"/>
          <w:szCs w:val="28"/>
          <w:lang w:val="ru-RU"/>
        </w:rPr>
        <w:t>ПЛАН ПРОФИЛАКТИЧЕСКИХ КЛАССНЫХ ЧАСОВ ДЛЯ КЛАССНЫХ РУКОВОДИТЕЛЕЙ</w:t>
      </w:r>
      <w:r w:rsidRPr="00A24143">
        <w:rPr>
          <w:rFonts w:ascii="Times New Roman" w:hAnsi="Times New Roman"/>
          <w:b/>
          <w:color w:val="1B365D"/>
          <w:sz w:val="28"/>
          <w:szCs w:val="28"/>
          <w:lang w:val="ru-RU"/>
        </w:rPr>
        <w:br/>
        <w:t>МБОУ ТАРАСОВСКАЯ СОШ № 1 НА 2026–2027 УЧЕБНЫЙ ГОД</w:t>
      </w:r>
    </w:p>
    <w:p w:rsidR="00DA13AF" w:rsidRPr="00A24143" w:rsidRDefault="00AB72AD" w:rsidP="00FB1C3D">
      <w:pPr>
        <w:spacing w:after="0" w:line="240" w:lineRule="auto"/>
        <w:jc w:val="center"/>
        <w:rPr>
          <w:sz w:val="28"/>
          <w:szCs w:val="28"/>
          <w:lang w:val="ru-RU"/>
        </w:rPr>
      </w:pPr>
      <w:r w:rsidRPr="00A24143">
        <w:rPr>
          <w:rFonts w:ascii="Times New Roman" w:hAnsi="Times New Roman"/>
          <w:i/>
          <w:sz w:val="28"/>
          <w:szCs w:val="28"/>
          <w:lang w:val="ru-RU"/>
        </w:rPr>
        <w:t>(с акцентом на безопасность, правовое просвещение, ЗОЖ и профилактику рисков)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59"/>
        <w:gridCol w:w="2973"/>
        <w:gridCol w:w="3746"/>
        <w:gridCol w:w="2650"/>
        <w:gridCol w:w="2851"/>
        <w:gridCol w:w="2831"/>
      </w:tblGrid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  <w:proofErr w:type="spellEnd"/>
            <w:r w:rsidRPr="00A241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классного </w:t>
            </w:r>
            <w:proofErr w:type="spellStart"/>
            <w:r w:rsidRPr="00A24143">
              <w:rPr>
                <w:rFonts w:ascii="Times New Roman" w:hAnsi="Times New Roman" w:cs="Times New Roman"/>
                <w:b/>
                <w:sz w:val="28"/>
                <w:szCs w:val="28"/>
              </w:rPr>
              <w:t>часа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Основное</w:t>
            </w:r>
            <w:proofErr w:type="spellEnd"/>
            <w:r w:rsidRPr="00A241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1–4 </w:t>
            </w:r>
            <w:proofErr w:type="spellStart"/>
            <w:r w:rsidRPr="00A24143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5–8 </w:t>
            </w:r>
            <w:proofErr w:type="spellStart"/>
            <w:r w:rsidRPr="00A24143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9–11 </w:t>
            </w:r>
            <w:proofErr w:type="spellStart"/>
            <w:r w:rsidRPr="00A24143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  <w:proofErr w:type="spellEnd"/>
          </w:p>
        </w:tc>
      </w:tr>
      <w:tr w:rsidR="00DA13AF" w:rsidRPr="00A24143" w:rsidTr="00A24143">
        <w:trPr>
          <w:trHeight w:val="204"/>
          <w:jc w:val="center"/>
        </w:trPr>
        <w:tc>
          <w:tcPr>
            <w:tcW w:w="15396" w:type="dxa"/>
            <w:gridSpan w:val="6"/>
          </w:tcPr>
          <w:p w:rsidR="00DA13AF" w:rsidRPr="00A24143" w:rsidRDefault="00AB72AD" w:rsidP="00A24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b/>
                <w:color w:val="1B365D"/>
                <w:sz w:val="28"/>
                <w:szCs w:val="28"/>
              </w:rPr>
              <w:t>Сентябрь</w:t>
            </w:r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дорога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школу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Правила дорожного движения, безопасный маршрут, светофор, пешеходный переход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Игра «Мой путь в школу»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Разбор опасных ситуаций на дороге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Ответственность пешехода и водителя, самокаты, велосипеды, мопеды</w:t>
            </w:r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Правила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поведения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школе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Безопасность на уроках, переменах, в столовой, спортзале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Школьные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картинках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Конфликты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перемене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дисциплина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Личная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школьный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устав</w:t>
            </w:r>
            <w:proofErr w:type="spellEnd"/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Терроризм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угроза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обществу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Осторожность с подозрительными предметами, действия при угрозе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трогай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чужие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предметы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Алгоритм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ЧС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Гражданская ответственность, экстремизм, безопасность в общественных местах</w:t>
            </w:r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Мы разные, но мы вместе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Профилактика конфликтов, уважение, дружба, взаимопомощь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сплочение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Конфликты и способы их решения</w:t>
            </w:r>
          </w:p>
        </w:tc>
        <w:tc>
          <w:tcPr>
            <w:tcW w:w="2880" w:type="dxa"/>
          </w:tcPr>
          <w:p w:rsidR="00DA13AF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Толерантность, уважение границ, ответственность за слова</w:t>
            </w: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P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A13AF" w:rsidRPr="00A24143" w:rsidTr="00FB1C3D">
        <w:trPr>
          <w:jc w:val="center"/>
        </w:trPr>
        <w:tc>
          <w:tcPr>
            <w:tcW w:w="15396" w:type="dxa"/>
            <w:gridSpan w:val="6"/>
          </w:tcPr>
          <w:p w:rsidR="00DA13AF" w:rsidRPr="00A24143" w:rsidRDefault="00AB72AD" w:rsidP="00A24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b/>
                <w:color w:val="1B365D"/>
                <w:sz w:val="28"/>
                <w:szCs w:val="28"/>
              </w:rPr>
              <w:lastRenderedPageBreak/>
              <w:t>Октябрь</w:t>
            </w:r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сети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Пароли, личные данные, незнакомцы в сети, кибермошенничество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«Что нельзя рассказывать в интернете»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Соцсети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фейковые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аккаунты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кибербуллинг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Цифровой след, мошенничество, ответственность за публикации</w:t>
            </w:r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Осторожно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незнакомец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Поведение при встрече с незнакомыми людьми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Правило «не иду, не беру, не говорю»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Опасные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предложения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манипуляции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Личная безопасность в городе, такси, знакомства</w:t>
            </w:r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Пожарная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Причины пожаров, правила эвакуации, телефоны экстренных служб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Правила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огнём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Эвакуация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бытовые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приборы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Ответственность за нарушение правил пожарной безопасности</w:t>
            </w:r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Профилактика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простудных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заболеваний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Гигиена, режим дня, одежда по погоде, укрепление иммунитета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Чистые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руки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здоровые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Режим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сон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питание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Ответственное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отношение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здоровью</w:t>
            </w:r>
            <w:proofErr w:type="spellEnd"/>
          </w:p>
        </w:tc>
      </w:tr>
      <w:tr w:rsidR="00DA13AF" w:rsidRPr="00A24143" w:rsidTr="00FB1C3D">
        <w:trPr>
          <w:jc w:val="center"/>
        </w:trPr>
        <w:tc>
          <w:tcPr>
            <w:tcW w:w="15396" w:type="dxa"/>
            <w:gridSpan w:val="6"/>
          </w:tcPr>
          <w:p w:rsidR="00DA13AF" w:rsidRPr="00A24143" w:rsidRDefault="00AB72AD" w:rsidP="00A24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b/>
                <w:color w:val="1B365D"/>
                <w:sz w:val="28"/>
                <w:szCs w:val="28"/>
              </w:rPr>
              <w:t>Ноябрь</w:t>
            </w:r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Что такое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буллинг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как ему противостоять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Травля, обидные слова, помощь взрослого, поддержка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Нельзя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обижать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слабого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Буллинг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кибербуллинг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Правовые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последствия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травли</w:t>
            </w:r>
            <w:proofErr w:type="spellEnd"/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умею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говорить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Профилактика опасных предложений, давление сверстников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Простые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выбора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Давление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компании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Умение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отстаивать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границы</w:t>
            </w:r>
            <w:proofErr w:type="spellEnd"/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Безопасность на водоёмах осенью и зимой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Тонкий лёд, запрет выхода на лёд, помощь при опасности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Почему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лёд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опасен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Действия при провале под лёд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рискованное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поведение</w:t>
            </w:r>
            <w:proofErr w:type="spellEnd"/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Права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обязанности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школьника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Правила поведения, права ребёнка, обязанности ученика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«Я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ученик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— я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отвечаю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Права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обязанности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школьные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нормы</w:t>
            </w:r>
            <w:proofErr w:type="spellEnd"/>
          </w:p>
        </w:tc>
        <w:tc>
          <w:tcPr>
            <w:tcW w:w="2880" w:type="dxa"/>
          </w:tcPr>
          <w:p w:rsidR="00DA13AF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Административная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правовая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proofErr w:type="spellEnd"/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4143" w:rsidRP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3AF" w:rsidRPr="00A24143" w:rsidTr="00FB1C3D">
        <w:trPr>
          <w:jc w:val="center"/>
        </w:trPr>
        <w:tc>
          <w:tcPr>
            <w:tcW w:w="15396" w:type="dxa"/>
            <w:gridSpan w:val="6"/>
          </w:tcPr>
          <w:p w:rsidR="00DA13AF" w:rsidRPr="00A24143" w:rsidRDefault="00AB72AD" w:rsidP="00A24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b/>
                <w:color w:val="1B365D"/>
                <w:sz w:val="28"/>
                <w:szCs w:val="28"/>
              </w:rPr>
              <w:lastRenderedPageBreak/>
              <w:t>Декабрь</w:t>
            </w:r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Безопасный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Новый год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Ёлки, гирлянды, хлопушки, петарды, фейерверки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Почему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пиротехника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опасна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Правила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поведения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праздниках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использование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пиротехники</w:t>
            </w:r>
            <w:proofErr w:type="spellEnd"/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зимних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каникулах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Дом, улица, транспорт, ледяные горки, водоёмы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Памятка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Каникулы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опасности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Рискованные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зимние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развлечения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Самоконтроль и ответственность на отдыхе</w:t>
            </w:r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Осторожно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мошенники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Телефонные звонки, сообщения, просьбы перевести деньги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«Не сообщай коды и пароли»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Интернет-магазины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фишинг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Банковские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карты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персональные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данные</w:t>
            </w:r>
            <w:proofErr w:type="spellEnd"/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Доброта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жестокости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Милосердие, помощь, уважение, недопустимость насилия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Добрые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поступки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Агрессия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её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последствия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Эмпатия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зрелое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поведение</w:t>
            </w:r>
            <w:proofErr w:type="spellEnd"/>
          </w:p>
        </w:tc>
      </w:tr>
      <w:tr w:rsidR="00DA13AF" w:rsidRPr="00A24143" w:rsidTr="00FB1C3D">
        <w:trPr>
          <w:jc w:val="center"/>
        </w:trPr>
        <w:tc>
          <w:tcPr>
            <w:tcW w:w="15396" w:type="dxa"/>
            <w:gridSpan w:val="6"/>
          </w:tcPr>
          <w:p w:rsidR="00DA13AF" w:rsidRPr="00A24143" w:rsidRDefault="00AB72AD" w:rsidP="00A24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b/>
                <w:color w:val="1B365D"/>
                <w:sz w:val="28"/>
                <w:szCs w:val="28"/>
              </w:rPr>
              <w:t>Январь</w:t>
            </w:r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 вернуться в учебный режим после каникул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Режим дня, сон, питание, планирование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Мой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режим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дня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Самоорганизация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Тайм-менеджмент, подготовка к экзаменам</w:t>
            </w:r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Эмоции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контролем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Злость, страх, обида, способы успокоиться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Учимся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мириться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Конфликты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эмоции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Стресс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тревога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способы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самопомощи</w:t>
            </w:r>
            <w:proofErr w:type="spellEnd"/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Профилактика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вредных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привычек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Здоровый образ жизни, вред курения и алкоголя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Полезные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вредные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привычки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Давление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сверстников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ПАВ,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зависимость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последствия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выбора</w:t>
            </w:r>
            <w:proofErr w:type="spellEnd"/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общественных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местах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Транспорт, торговые центры, массовые мероприятия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 теряться и обращаться за помощью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Правила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поведения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толпе</w:t>
            </w:r>
            <w:proofErr w:type="spellEnd"/>
          </w:p>
        </w:tc>
        <w:tc>
          <w:tcPr>
            <w:tcW w:w="2880" w:type="dxa"/>
          </w:tcPr>
          <w:p w:rsidR="00DA13AF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Паника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эвакуация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личная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  <w:proofErr w:type="spellEnd"/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4143" w:rsidRP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3AF" w:rsidRPr="00A24143" w:rsidTr="00FB1C3D">
        <w:trPr>
          <w:jc w:val="center"/>
        </w:trPr>
        <w:tc>
          <w:tcPr>
            <w:tcW w:w="15396" w:type="dxa"/>
            <w:gridSpan w:val="6"/>
          </w:tcPr>
          <w:p w:rsidR="00DA13AF" w:rsidRPr="00A24143" w:rsidRDefault="00AB72AD" w:rsidP="00A24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b/>
                <w:color w:val="1B365D"/>
                <w:sz w:val="28"/>
                <w:szCs w:val="28"/>
              </w:rPr>
              <w:lastRenderedPageBreak/>
              <w:t>Февраль</w:t>
            </w:r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Месячник гражданско-патриотического воспитания: ответственность и долг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Ответственность перед семьёй, школой, страной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Герои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рядом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Поступок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Гражданская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позиция</w:t>
            </w:r>
            <w:proofErr w:type="spellEnd"/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транспорте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Автобус, автомобиль, поезд, ремни безопасности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 вести себя в автобусе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Опасности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остановках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ДТП, ответственность пассажира и водителя</w:t>
            </w:r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Конфликт: как решить без драки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Мирное общение, просьба о помощи, переговоры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«Ссора — не беда, если мириться умеешь»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Алгоритм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конфликта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Медиация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правовые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последствия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насилия</w:t>
            </w:r>
            <w:proofErr w:type="spellEnd"/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Информационная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фейки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 отличить правду от вымысла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Верю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верю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Фейки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соцсетях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Манипуляции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пропаганда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критическое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  <w:proofErr w:type="spellEnd"/>
          </w:p>
        </w:tc>
      </w:tr>
      <w:tr w:rsidR="00DA13AF" w:rsidRPr="00A24143" w:rsidTr="00FB1C3D">
        <w:trPr>
          <w:jc w:val="center"/>
        </w:trPr>
        <w:tc>
          <w:tcPr>
            <w:tcW w:w="15396" w:type="dxa"/>
            <w:gridSpan w:val="6"/>
          </w:tcPr>
          <w:p w:rsidR="00DA13AF" w:rsidRPr="00A24143" w:rsidRDefault="00AB72AD" w:rsidP="00A24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b/>
                <w:color w:val="1B365D"/>
                <w:sz w:val="28"/>
                <w:szCs w:val="28"/>
              </w:rPr>
              <w:t>Март</w:t>
            </w:r>
            <w:proofErr w:type="spellEnd"/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Безопасность весной: лёд, крыши, сосульки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Весенние опасности, тающий лёд, гололёд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Где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нельзя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играть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весной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Опасные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места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весной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риск</w:t>
            </w:r>
            <w:proofErr w:type="spellEnd"/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Профилактика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правонарушений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Что такое проступок, нарушение, ответственность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Можно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нельзя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Мелкое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хулиганство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порча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имущества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Административная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уголовная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proofErr w:type="spellEnd"/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Здоровое питание и активный образ жизни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Питание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движение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режим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гаджеты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Полезная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тарелка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Спорт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вредных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привычек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Здоровье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как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ресурс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будущего</w:t>
            </w:r>
            <w:proofErr w:type="spellEnd"/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насилия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Уважение, помощь, поддержка, обращение к взрослым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Нельзя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обижать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Насилие в школе и семье</w:t>
            </w:r>
          </w:p>
        </w:tc>
        <w:tc>
          <w:tcPr>
            <w:tcW w:w="2880" w:type="dxa"/>
          </w:tcPr>
          <w:p w:rsidR="00DA13AF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 искать помощь, куда обращаться</w:t>
            </w: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P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A13AF" w:rsidRPr="00A24143" w:rsidTr="00FB1C3D">
        <w:trPr>
          <w:jc w:val="center"/>
        </w:trPr>
        <w:tc>
          <w:tcPr>
            <w:tcW w:w="15396" w:type="dxa"/>
            <w:gridSpan w:val="6"/>
          </w:tcPr>
          <w:p w:rsidR="00DA13AF" w:rsidRPr="00A24143" w:rsidRDefault="00AB72AD" w:rsidP="00A24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b/>
                <w:color w:val="1B365D"/>
                <w:sz w:val="28"/>
                <w:szCs w:val="28"/>
              </w:rPr>
              <w:lastRenderedPageBreak/>
              <w:t>Апрель</w:t>
            </w:r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природе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Лес, клещи, костры, водоёмы, животные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 вести себя в лесу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Походы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костры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мусор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Экологическая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личная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  <w:proofErr w:type="spellEnd"/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Экстремизм и радикальные идеи: как не попасть под влияние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Опасные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манипуляции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вербовка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Добро и зло в поступках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Опасные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сообщества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Ответственность за участие и распространение материалов</w:t>
            </w:r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Профилактика зависимостей: гаджеты, игры, соцсети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Экранное время, баланс, живое общение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День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телефона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Игровая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зависимость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Цифровая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гигиена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самоконтроль</w:t>
            </w:r>
            <w:proofErr w:type="spellEnd"/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поведение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дома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Газ, электричество, лекарства, бытовая химия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Один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дома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Бытовые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Ответственность за младших, первая помощь</w:t>
            </w:r>
          </w:p>
        </w:tc>
      </w:tr>
      <w:tr w:rsidR="00DA13AF" w:rsidRPr="00A24143" w:rsidTr="00FB1C3D">
        <w:trPr>
          <w:jc w:val="center"/>
        </w:trPr>
        <w:tc>
          <w:tcPr>
            <w:tcW w:w="15396" w:type="dxa"/>
            <w:gridSpan w:val="6"/>
          </w:tcPr>
          <w:p w:rsidR="00DA13AF" w:rsidRPr="00A24143" w:rsidRDefault="00AB72AD" w:rsidP="00A24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b/>
                <w:color w:val="1B365D"/>
                <w:sz w:val="28"/>
                <w:szCs w:val="28"/>
              </w:rPr>
              <w:t>Май</w:t>
            </w:r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летних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каникулах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Вода, солнце, дорога, незнакомцы, интернет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Памятка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Лето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Летние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Поездки, компании, документы, поведение в общественных местах</w:t>
            </w:r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Итоги года: чему мы научились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Повторение правил безопасности, профилактика рисков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Разбор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ситуаций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Личный план безопасности на лето</w:t>
            </w:r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 Победы: память, уважение, ответственность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Патриотическое воспитание, уважение к истории семьи и страны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Герои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моей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семьи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поколений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Историческая память и гражданская ответственность</w:t>
            </w:r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Безопасность во время массовых мероприятий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Поведение на праздниках, концертах, линейках, в толпе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Держись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рядом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взрослыми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 не потеряться в толпе</w:t>
            </w:r>
          </w:p>
        </w:tc>
        <w:tc>
          <w:tcPr>
            <w:tcW w:w="2880" w:type="dxa"/>
          </w:tcPr>
          <w:p w:rsidR="00DA13AF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Алгоритм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ЧС</w:t>
            </w: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4143" w:rsidRP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3AF" w:rsidRPr="00315018" w:rsidTr="00FB1C3D">
        <w:trPr>
          <w:jc w:val="center"/>
        </w:trPr>
        <w:tc>
          <w:tcPr>
            <w:tcW w:w="15396" w:type="dxa"/>
            <w:gridSpan w:val="6"/>
          </w:tcPr>
          <w:p w:rsidR="00DA13AF" w:rsidRPr="00A24143" w:rsidRDefault="00AB72AD" w:rsidP="00A24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b/>
                <w:color w:val="1B365D"/>
                <w:sz w:val="28"/>
                <w:szCs w:val="28"/>
                <w:lang w:val="ru-RU"/>
              </w:rPr>
              <w:lastRenderedPageBreak/>
              <w:t>Правовое просвещение и нравственно-половое воспитание (дополнительный модуль)</w:t>
            </w:r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Семья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семейные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ценности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Культура поведения в семье, семейные традиции, правила этикета и уважения к старшим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Семья. Культ семьи. Семейные традиции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Культура поведения в семье, профилактика обидчивости и ревности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Роль семьи, гендерная ответственность и традиции</w:t>
            </w:r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личные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границы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Правила поведения с незнакомыми людьми, предотвращение рисков и угроз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Культура поведения ребенка со взрослыми людьми. Риски и безопасность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Безопасность в сети Интернет, защита от противоправных посягательств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Личная безопасность, предотвращение манипуляций и насилия</w:t>
            </w:r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Репродуктивная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культура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здоровье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Охрана здоровья, личная гигиена, понимание ценности здорового образа жизни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Основы гигиены и бережного отношения к своему здоровью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Психология здоровья школьников, профилактика ИППП и ВИЧ/СПИД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Репродуктивное здоровье молодежи и правовые основы создания семьи</w:t>
            </w:r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Подросток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Закон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норм законодательства РФ и статей Уголовного кодекса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Правовая культура и соблюдение правил поведения в обществе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Права и Закон, ответственность несовершеннолетних за правонарушения</w:t>
            </w:r>
          </w:p>
        </w:tc>
        <w:tc>
          <w:tcPr>
            <w:tcW w:w="2880" w:type="dxa"/>
          </w:tcPr>
          <w:p w:rsidR="00DA13AF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Подросток и Закон: уголовная ответственность (ст. ст. 118, 162, 163, 228, 245, 261 УК РФ)</w:t>
            </w: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24143" w:rsidRPr="00A24143" w:rsidRDefault="00A24143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A13AF" w:rsidRPr="00315018" w:rsidTr="00FB1C3D">
        <w:trPr>
          <w:jc w:val="center"/>
        </w:trPr>
        <w:tc>
          <w:tcPr>
            <w:tcW w:w="15396" w:type="dxa"/>
            <w:gridSpan w:val="6"/>
          </w:tcPr>
          <w:p w:rsidR="00DA13AF" w:rsidRPr="00A24143" w:rsidRDefault="00AB72AD" w:rsidP="003150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b/>
                <w:color w:val="1B365D"/>
                <w:sz w:val="28"/>
                <w:szCs w:val="28"/>
                <w:lang w:val="ru-RU"/>
              </w:rPr>
              <w:lastRenderedPageBreak/>
              <w:t>Правила дорожного движения (ПДД) и профилактика ДДТТ (дополнительный модуль)</w:t>
            </w:r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Правила дорожного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движения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(ПДД)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улиц, дорог, сигналов светофора и безопасных маршрутов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Поселок, где мы живем. Наши улицы и дороги. Транспорт. Виды. Светофор. Пешеходный переход.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Знакомство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с дорожными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знаками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Транспорт. Государственная инспекция безопасности дорожного движения. </w:t>
            </w: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Правила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езды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велосипеде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Тормозной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путь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Дорога как источник опасности. Ответственность за нарушения ПДД.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Особенности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движения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загородных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дорогах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13AF" w:rsidRPr="00A24143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пешеходов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пассажиров</w:t>
            </w:r>
            <w:proofErr w:type="spellEnd"/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Правила для пешеходов и пассажиров общественного транспорта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Мы пассажиры. Правила безопасности. Где можно играть?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Безопасные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дороги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летом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Опасность для ребенка в дорожных ситуациях.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Культура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поведения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Погодные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Культура дорожного движения. Типичные «ловушки» на дороге. </w:t>
            </w: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Общественный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транспорт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13AF" w:rsidRPr="00315018" w:rsidTr="00FB1C3D">
        <w:trPr>
          <w:jc w:val="center"/>
        </w:trPr>
        <w:tc>
          <w:tcPr>
            <w:tcW w:w="576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168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Профилактика детского дорожно-транспортного травматизма</w:t>
            </w:r>
          </w:p>
        </w:tc>
        <w:tc>
          <w:tcPr>
            <w:tcW w:w="4032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Практические основы безопасного поведения на дороге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велотранспорте</w:t>
            </w:r>
            <w:proofErr w:type="spellEnd"/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Мы идем в школу. Маршрут дом-школа-дом. Элементы улиц и дорог. Велосипед.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Детский дорожно-транспортный травматизм. Предупредительные сигналы водителя.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Транспорт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дворе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80" w:type="dxa"/>
          </w:tcPr>
          <w:p w:rsidR="00DA13AF" w:rsidRPr="00A24143" w:rsidRDefault="00AB72AD" w:rsidP="00A24143">
            <w:pPr>
              <w:spacing w:before="40"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Остановочный путь автомобиля. </w:t>
            </w:r>
            <w:proofErr w:type="spellStart"/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Веломототранспорт</w:t>
            </w:r>
            <w:proofErr w:type="spellEnd"/>
            <w:r w:rsidRPr="00A2414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Организация дорожного движения.</w:t>
            </w:r>
          </w:p>
        </w:tc>
      </w:tr>
    </w:tbl>
    <w:p w:rsidR="00AB72AD" w:rsidRDefault="00AB72AD" w:rsidP="00A241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15018" w:rsidRDefault="00315018" w:rsidP="00A241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15018" w:rsidRDefault="00315018" w:rsidP="00A241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15018" w:rsidRDefault="00315018" w:rsidP="00A241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315018" w:rsidRDefault="00315018" w:rsidP="00A241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15018" w:rsidRPr="00A24143" w:rsidRDefault="00315018" w:rsidP="00A241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315018" w:rsidRPr="00A24143" w:rsidSect="00FB1C3D">
      <w:pgSz w:w="16834" w:h="1190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32E7"/>
    <w:rsid w:val="0015074B"/>
    <w:rsid w:val="0029639D"/>
    <w:rsid w:val="00315018"/>
    <w:rsid w:val="00326F90"/>
    <w:rsid w:val="0064661B"/>
    <w:rsid w:val="006E73CD"/>
    <w:rsid w:val="00A24143"/>
    <w:rsid w:val="00AA1D8D"/>
    <w:rsid w:val="00AA6720"/>
    <w:rsid w:val="00AB72AD"/>
    <w:rsid w:val="00B47730"/>
    <w:rsid w:val="00CB0664"/>
    <w:rsid w:val="00DA13AF"/>
    <w:rsid w:val="00FB1C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5644E3"/>
  <w14:defaultImageDpi w14:val="300"/>
  <w15:docId w15:val="{D9CFB531-C961-4C0E-848F-347DAE1D7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1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27A6AD-9406-443F-B574-3CF6EFB4C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1395</Words>
  <Characters>7958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8</cp:revision>
  <dcterms:created xsi:type="dcterms:W3CDTF">2013-12-23T23:15:00Z</dcterms:created>
  <dcterms:modified xsi:type="dcterms:W3CDTF">2026-09-21T04:37:00Z</dcterms:modified>
  <cp:category/>
</cp:coreProperties>
</file>