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10D" w:rsidRPr="00074D52" w:rsidRDefault="003474AC">
      <w:pPr>
        <w:spacing w:after="40"/>
        <w:jc w:val="right"/>
        <w:rPr>
          <w:color w:val="auto"/>
          <w:sz w:val="28"/>
          <w:lang w:val="ru-RU"/>
        </w:rPr>
      </w:pPr>
      <w:r w:rsidRPr="00074D52">
        <w:rPr>
          <w:b/>
          <w:color w:val="auto"/>
          <w:sz w:val="28"/>
          <w:lang w:val="ru-RU"/>
        </w:rPr>
        <w:t>ПРИЛОЖЕНИЕ К ПРОГРАММЕ ВОСПИТАНИЯ</w:t>
      </w:r>
      <w:r w:rsidRPr="00074D52">
        <w:rPr>
          <w:b/>
          <w:color w:val="auto"/>
          <w:sz w:val="28"/>
          <w:lang w:val="ru-RU"/>
        </w:rPr>
        <w:br/>
        <w:t>МБОУ ТАРАСОВСКАЯ СОШ № 1</w:t>
      </w:r>
      <w:r w:rsidRPr="00074D52">
        <w:rPr>
          <w:b/>
          <w:color w:val="auto"/>
          <w:sz w:val="28"/>
          <w:lang w:val="ru-RU"/>
        </w:rPr>
        <w:br/>
        <w:t>Утверждаю: Директор МБОУ ТСОШ № 1 Малов А.С. ______________</w:t>
      </w:r>
      <w:r w:rsidRPr="00074D52">
        <w:rPr>
          <w:b/>
          <w:color w:val="auto"/>
          <w:sz w:val="28"/>
          <w:lang w:val="ru-RU"/>
        </w:rPr>
        <w:br/>
        <w:t>«28» августа 2026 г.</w:t>
      </w:r>
    </w:p>
    <w:p w:rsidR="00E9310D" w:rsidRPr="00EA4533" w:rsidRDefault="003474AC" w:rsidP="00CD10AA">
      <w:pPr>
        <w:spacing w:before="80" w:after="40"/>
        <w:jc w:val="center"/>
        <w:rPr>
          <w:color w:val="auto"/>
          <w:lang w:val="ru-RU"/>
        </w:rPr>
      </w:pPr>
      <w:r w:rsidRPr="00EA4533">
        <w:rPr>
          <w:b/>
          <w:color w:val="auto"/>
          <w:sz w:val="26"/>
          <w:lang w:val="ru-RU"/>
        </w:rPr>
        <w:t>ЕДИНЫЙ КАЛЕНДАРНЫЙ ПЛАН ВОСПИТАТЕЛЬНОЙ РАБОТЫ</w:t>
      </w:r>
      <w:r w:rsidRPr="00EA4533">
        <w:rPr>
          <w:b/>
          <w:color w:val="auto"/>
          <w:sz w:val="26"/>
          <w:lang w:val="ru-RU"/>
        </w:rPr>
        <w:br/>
        <w:t>МБОУ ТАРАСОВСКАЯ СОШ № 1 НА 2026–2027 УЧЕБНЫЙ ГОД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394"/>
      </w:tblGrid>
      <w:tr w:rsidR="00E9310D" w:rsidRPr="00D06CDD">
        <w:trPr>
          <w:jc w:val="center"/>
        </w:trPr>
        <w:tc>
          <w:tcPr>
            <w:tcW w:w="15394" w:type="dxa"/>
            <w:tcBorders>
              <w:left w:val="single" w:sz="24" w:space="0" w:color="1B365D"/>
            </w:tcBorders>
            <w:shd w:val="clear" w:color="auto" w:fill="F4F6F9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E9310D" w:rsidRPr="00CD10AA" w:rsidRDefault="003474AC" w:rsidP="00CD10AA">
            <w:pPr>
              <w:spacing w:after="0"/>
              <w:rPr>
                <w:lang w:val="ru-RU"/>
              </w:rPr>
            </w:pPr>
            <w:r w:rsidRPr="00D06CDD">
              <w:rPr>
                <w:sz w:val="28"/>
                <w:lang w:val="ru-RU"/>
              </w:rPr>
              <w:t xml:space="preserve">• 2026 год </w:t>
            </w:r>
            <w:r w:rsidR="00D06CDD">
              <w:rPr>
                <w:sz w:val="28"/>
                <w:lang w:val="ru-RU"/>
              </w:rPr>
              <w:t>-</w:t>
            </w:r>
            <w:r w:rsidRPr="00D06CDD">
              <w:rPr>
                <w:sz w:val="28"/>
                <w:lang w:val="ru-RU"/>
              </w:rPr>
              <w:t xml:space="preserve"> Год единства народов России; Год казачьей истории и культуры в Ростовской области.</w:t>
            </w:r>
            <w:r w:rsidRPr="00D06CDD">
              <w:rPr>
                <w:sz w:val="28"/>
                <w:lang w:val="ru-RU"/>
              </w:rPr>
              <w:br/>
              <w:t xml:space="preserve">• 2027 год </w:t>
            </w:r>
            <w:r w:rsidR="00D06CDD">
              <w:rPr>
                <w:sz w:val="28"/>
                <w:lang w:val="ru-RU"/>
              </w:rPr>
              <w:t>-</w:t>
            </w:r>
            <w:r w:rsidRPr="00D06CDD">
              <w:rPr>
                <w:sz w:val="28"/>
                <w:lang w:val="ru-RU"/>
              </w:rPr>
              <w:t xml:space="preserve"> Год Географии.</w:t>
            </w:r>
          </w:p>
        </w:tc>
      </w:tr>
    </w:tbl>
    <w:p w:rsidR="00E9310D" w:rsidRPr="00CD10AA" w:rsidRDefault="003474AC">
      <w:pPr>
        <w:keepNext/>
        <w:spacing w:before="280" w:after="80"/>
        <w:rPr>
          <w:lang w:val="ru-RU"/>
        </w:rPr>
      </w:pPr>
      <w:r w:rsidRPr="00CD10AA">
        <w:rPr>
          <w:b/>
          <w:color w:val="1B365D"/>
          <w:sz w:val="23"/>
          <w:lang w:val="ru-RU"/>
        </w:rPr>
        <w:t xml:space="preserve">РАЗДЕЛ </w:t>
      </w:r>
      <w:r>
        <w:rPr>
          <w:b/>
          <w:color w:val="1B365D"/>
          <w:sz w:val="23"/>
        </w:rPr>
        <w:t>I</w:t>
      </w:r>
      <w:r w:rsidRPr="00CD10AA">
        <w:rPr>
          <w:b/>
          <w:color w:val="1B365D"/>
          <w:sz w:val="23"/>
          <w:lang w:val="ru-RU"/>
        </w:rPr>
        <w:t>. НАЧАЛЬНАЯ ШКОЛА (1–4 КЛАССЫ)</w:t>
      </w:r>
    </w:p>
    <w:p w:rsidR="00E9310D" w:rsidRPr="00EA4533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</w:rPr>
      </w:pPr>
      <w:r w:rsidRPr="00EA4533">
        <w:rPr>
          <w:color w:val="FF0000"/>
          <w:sz w:val="28"/>
          <w:szCs w:val="28"/>
        </w:rPr>
        <w:t>1.1</w:t>
      </w:r>
      <w:r w:rsidRPr="00EA4533">
        <w:rPr>
          <w:rFonts w:cs="Times New Roman"/>
          <w:color w:val="FF0000"/>
          <w:sz w:val="28"/>
          <w:szCs w:val="28"/>
        </w:rPr>
        <w:t>. Модуль 1. «Общешкольные праздники»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EA4533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EA4533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EA4533">
              <w:rPr>
                <w:rFonts w:cs="Times New Roman"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EA4533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EA4533">
              <w:rPr>
                <w:rFonts w:cs="Times New Roman"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EA4533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EA4533">
              <w:rPr>
                <w:rFonts w:cs="Times New Roman"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EA4533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EA4533">
              <w:rPr>
                <w:rFonts w:cs="Times New Roman"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Торжественная линейка «День Знаний»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C4784B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1 </w:t>
            </w:r>
            <w:r w:rsidRPr="00D06CDD">
              <w:rPr>
                <w:rFonts w:cs="Times New Roman"/>
                <w:sz w:val="28"/>
                <w:szCs w:val="28"/>
              </w:rPr>
              <w:t>сентября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C523F0" w:rsidRDefault="00C523F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 1-х и 11-х классов, </w:t>
            </w:r>
            <w:r w:rsidR="004D71E2">
              <w:rPr>
                <w:rFonts w:cs="Times New Roman"/>
                <w:sz w:val="28"/>
                <w:szCs w:val="28"/>
                <w:lang w:val="ru-RU"/>
              </w:rPr>
              <w:t>зам. директора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по ВР, советник директора, учитель музыки</w:t>
            </w:r>
            <w:r w:rsidR="003474AC" w:rsidRPr="00C523F0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открытый урок культуры безопасности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руководители, преподаватель-организатор ОБЗР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Подъем Флага РФ и исполнение Гимна РФ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Директор школы, зам. директора по ВР, вожатые, советник директора,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«День Самоуправления»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514ADB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</w:t>
            </w:r>
            <w:r w:rsidR="003474AC" w:rsidRPr="00D06CDD">
              <w:rPr>
                <w:rFonts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вожатые</w:t>
            </w:r>
            <w:r w:rsidR="00514ADB">
              <w:rPr>
                <w:rFonts w:cs="Times New Roman"/>
                <w:sz w:val="28"/>
                <w:szCs w:val="28"/>
                <w:lang w:val="ru-RU"/>
              </w:rPr>
              <w:t>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казачьей воинской славы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 октября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Советник директора по воспитанию,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часы, посвященные «Дню правовой помощи детям»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13-20 ноября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Общешкольное мероприятие «День маминой улыбки» ко Дню матери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28 ноября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руководители, вожатые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Новогодний утренник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A5A6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учителя начальных классов, </w:t>
            </w:r>
          </w:p>
          <w:p w:rsidR="00E9310D" w:rsidRPr="00D06CDD" w:rsidRDefault="004D71E2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вожатые</w:t>
            </w:r>
            <w:r w:rsidR="003474AC" w:rsidRPr="00D06CDD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cs="Times New Roman"/>
                <w:sz w:val="28"/>
                <w:szCs w:val="28"/>
                <w:lang w:val="ru-RU"/>
              </w:rPr>
              <w:t>учитель музыки</w:t>
            </w:r>
          </w:p>
        </w:tc>
      </w:tr>
      <w:tr w:rsidR="00E9310D" w:rsidRPr="00BA6D20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Мастерская Деда Мороза: </w:t>
            </w:r>
            <w:r w:rsidR="009215EE">
              <w:rPr>
                <w:rFonts w:cs="Times New Roman"/>
                <w:sz w:val="28"/>
                <w:szCs w:val="28"/>
                <w:lang w:val="ru-RU"/>
              </w:rPr>
              <w:t>и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зготовление новогоднего оформления, подготовка к новогодним представлениям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BA6D20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BA6D20">
              <w:rPr>
                <w:rFonts w:cs="Times New Roman"/>
                <w:sz w:val="28"/>
                <w:szCs w:val="28"/>
                <w:lang w:val="ru-RU"/>
              </w:rPr>
              <w:t>Классные руководители, вожатые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Новогодние Ёлки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25-29 декабря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Вожатые,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23 февраля День Защиты Отечества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5A6D3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Мероприятия к 23 февраля «Солдатушки - бравы ребятушки»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 февраля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учителя физической культуры</w:t>
            </w:r>
          </w:p>
        </w:tc>
      </w:tr>
      <w:tr w:rsidR="007D6FA3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Месячник военно-патриотического воспитания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вожатые, классные руководители, учителя физ. культуры</w:t>
            </w:r>
          </w:p>
        </w:tc>
      </w:tr>
      <w:tr w:rsidR="007D6FA3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Международный женский день 8 Марта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7D6FA3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8979FB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979FB">
              <w:rPr>
                <w:rFonts w:cs="Times New Roman"/>
                <w:sz w:val="28"/>
                <w:szCs w:val="28"/>
                <w:lang w:val="ru-RU"/>
              </w:rPr>
              <w:t>Мероприятие «Героям посвящается»</w:t>
            </w:r>
            <w:r>
              <w:rPr>
                <w:rFonts w:cs="Times New Roman"/>
                <w:sz w:val="28"/>
                <w:szCs w:val="28"/>
                <w:lang w:val="ru-RU"/>
              </w:rPr>
              <w:t>: конкурс чтецов, смотр песни.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6-8 мая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руководители, </w:t>
            </w:r>
          </w:p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зам. директора по ВР</w:t>
            </w:r>
          </w:p>
        </w:tc>
      </w:tr>
      <w:tr w:rsidR="007D6FA3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9 мая День победы. Бессмертный полк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руководители, </w:t>
            </w:r>
            <w:r>
              <w:rPr>
                <w:rFonts w:cs="Times New Roman"/>
                <w:sz w:val="28"/>
                <w:szCs w:val="28"/>
                <w:lang w:val="ru-RU"/>
              </w:rPr>
              <w:t>вожатые, учитель музыки</w:t>
            </w:r>
          </w:p>
        </w:tc>
      </w:tr>
      <w:tr w:rsidR="007D6FA3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в акциях: «Окна Победы», «Георгиевская лента», «Бессмертный полк», «Книжный полк» и др.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1-9 мая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руководители, актив класса, вожатые</w:t>
            </w:r>
          </w:p>
        </w:tc>
      </w:tr>
      <w:tr w:rsidR="007D6FA3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Участие в Митинге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 мая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Вожатые, классные руководители</w:t>
            </w:r>
          </w:p>
        </w:tc>
      </w:tr>
      <w:tr w:rsidR="007D6FA3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Прощание с начальной школой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5169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5169">
              <w:rPr>
                <w:rFonts w:cs="Times New Roman"/>
                <w:sz w:val="28"/>
                <w:szCs w:val="28"/>
                <w:lang w:val="ru-RU"/>
              </w:rPr>
              <w:t>Классный руководител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и</w:t>
            </w:r>
            <w:r w:rsidRPr="00D05169">
              <w:rPr>
                <w:rFonts w:cs="Times New Roman"/>
                <w:sz w:val="28"/>
                <w:szCs w:val="28"/>
                <w:lang w:val="ru-RU"/>
              </w:rPr>
              <w:t xml:space="preserve"> 4</w:t>
            </w:r>
            <w:r>
              <w:rPr>
                <w:rFonts w:cs="Times New Roman"/>
                <w:sz w:val="28"/>
                <w:szCs w:val="28"/>
                <w:lang w:val="ru-RU"/>
              </w:rPr>
              <w:t>-х</w:t>
            </w:r>
            <w:r w:rsidRPr="00D05169">
              <w:rPr>
                <w:rFonts w:cs="Times New Roman"/>
                <w:sz w:val="28"/>
                <w:szCs w:val="28"/>
                <w:lang w:val="ru-RU"/>
              </w:rPr>
              <w:t xml:space="preserve"> класс</w:t>
            </w:r>
            <w:r>
              <w:rPr>
                <w:rFonts w:cs="Times New Roman"/>
                <w:sz w:val="28"/>
                <w:szCs w:val="28"/>
                <w:lang w:val="ru-RU"/>
              </w:rPr>
              <w:t>ов, вожатые</w:t>
            </w:r>
          </w:p>
        </w:tc>
      </w:tr>
      <w:tr w:rsidR="007D6FA3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Торжественная линейка «Последний звонок»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81964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</w:t>
            </w:r>
            <w:r w:rsidRPr="00D8196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руководители 1-х, 4-х, 9-х,11-х классов, 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зам.директора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 по ВР, советник директора, вожатые, учитель музыки</w:t>
            </w:r>
          </w:p>
        </w:tc>
      </w:tr>
      <w:tr w:rsidR="007D6FA3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Итоговые классные часы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D6FA3" w:rsidRPr="00D06CDD" w:rsidRDefault="007D6FA3" w:rsidP="007D6FA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1F05C1" w:rsidRDefault="001F05C1" w:rsidP="00D06CDD">
      <w:pPr>
        <w:spacing w:after="0" w:line="240" w:lineRule="auto"/>
        <w:rPr>
          <w:rFonts w:cs="Times New Roman"/>
          <w:b/>
          <w:color w:val="FF0000"/>
          <w:sz w:val="28"/>
          <w:szCs w:val="28"/>
        </w:rPr>
      </w:pPr>
    </w:p>
    <w:p w:rsidR="00E9310D" w:rsidRPr="001F05C1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</w:rPr>
      </w:pPr>
      <w:r w:rsidRPr="001F05C1">
        <w:rPr>
          <w:rFonts w:cs="Times New Roman"/>
          <w:b/>
          <w:color w:val="FF0000"/>
          <w:sz w:val="28"/>
          <w:szCs w:val="28"/>
        </w:rPr>
        <w:lastRenderedPageBreak/>
        <w:t xml:space="preserve">1.2. </w:t>
      </w:r>
      <w:r w:rsidRPr="001F05C1">
        <w:rPr>
          <w:rFonts w:cs="Times New Roman"/>
          <w:color w:val="FF0000"/>
          <w:sz w:val="28"/>
          <w:szCs w:val="28"/>
        </w:rPr>
        <w:t>Модуль 2. «Урочная деятельность»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>Ответственные лица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День гражданской обороны. МЧС России. </w:t>
            </w:r>
            <w:r w:rsidRPr="00D06CDD">
              <w:rPr>
                <w:rFonts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07.10.202</w:t>
            </w:r>
            <w:r w:rsidR="00F2206B">
              <w:rPr>
                <w:rFonts w:cs="Times New Roman"/>
                <w:sz w:val="28"/>
                <w:szCs w:val="28"/>
                <w:lang w:val="ru-RU"/>
              </w:rPr>
              <w:t xml:space="preserve">6 </w:t>
            </w:r>
            <w:r w:rsidRPr="00D06CDD"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Проведение онлайн конкурсов и викторин на платформах Учи.ру, ЯКласс и других образовательных платформах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 графику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475D71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</w:rPr>
      </w:pPr>
      <w:r w:rsidRPr="00475D71">
        <w:rPr>
          <w:rFonts w:cs="Times New Roman"/>
          <w:b/>
          <w:color w:val="FF0000"/>
          <w:sz w:val="28"/>
          <w:szCs w:val="28"/>
        </w:rPr>
        <w:t xml:space="preserve">1.3. </w:t>
      </w:r>
      <w:r w:rsidRPr="00475D71">
        <w:rPr>
          <w:rFonts w:cs="Times New Roman"/>
          <w:color w:val="FF0000"/>
          <w:sz w:val="28"/>
          <w:szCs w:val="28"/>
        </w:rPr>
        <w:t>Модуль 3. «Классное руководство»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>Ответственные лица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Заседание МО классных руководителей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Зам. директора по 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Проведение классных часов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Классный час «Посвящение первоклассников в пешеходы»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 w:rsidR="007813FC">
              <w:rPr>
                <w:rFonts w:cs="Times New Roman"/>
                <w:sz w:val="28"/>
                <w:szCs w:val="28"/>
                <w:lang w:val="ru-RU"/>
              </w:rPr>
              <w:t>и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отряда ЮИД,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Организация занятости учащихся во внеурочное время в кружках, секциях, ДОП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16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Оформление классных уголков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19 сентября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Проверка Планов воспитательной работы с классами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 18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Заседание МО классных руководителей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EC7E24" w:rsidRDefault="00EC7E24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Согласно плану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Анализ ВР с классом за уч. год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F62E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F62ED">
              <w:rPr>
                <w:rFonts w:cs="Times New Roman"/>
                <w:sz w:val="28"/>
                <w:szCs w:val="28"/>
                <w:lang w:val="ru-RU"/>
              </w:rPr>
              <w:t>Организация занятости учащихся</w:t>
            </w:r>
            <w:r w:rsidR="00DF62ED">
              <w:rPr>
                <w:rFonts w:cs="Times New Roman"/>
                <w:sz w:val="28"/>
                <w:szCs w:val="28"/>
                <w:lang w:val="ru-RU"/>
              </w:rPr>
              <w:t xml:space="preserve"> на осенних и весенних каникулах, оздоровительная компания летом.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B931D5" w:rsidRDefault="00F27A63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Октябрь-ноябрь, </w:t>
            </w:r>
            <w:r w:rsidR="00416E14">
              <w:rPr>
                <w:rFonts w:cs="Times New Roman"/>
                <w:sz w:val="28"/>
                <w:szCs w:val="28"/>
                <w:lang w:val="ru-RU"/>
              </w:rPr>
              <w:t>март, м</w:t>
            </w:r>
            <w:r w:rsidR="003474AC" w:rsidRPr="00B931D5">
              <w:rPr>
                <w:rFonts w:cs="Times New Roman"/>
                <w:sz w:val="28"/>
                <w:szCs w:val="28"/>
                <w:lang w:val="ru-RU"/>
              </w:rPr>
              <w:t>ай - июнь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E9310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DF62ED" w:rsidRDefault="00DF62E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DF62ED" w:rsidRPr="00D06CDD" w:rsidRDefault="00DF62E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B931D5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B931D5">
        <w:rPr>
          <w:rFonts w:cs="Times New Roman"/>
          <w:b/>
          <w:color w:val="FF0000"/>
          <w:sz w:val="28"/>
          <w:szCs w:val="28"/>
          <w:lang w:val="ru-RU"/>
        </w:rPr>
        <w:lastRenderedPageBreak/>
        <w:t xml:space="preserve">1.4. </w:t>
      </w:r>
      <w:r w:rsidRPr="00B931D5">
        <w:rPr>
          <w:rFonts w:cs="Times New Roman"/>
          <w:color w:val="FF0000"/>
          <w:sz w:val="28"/>
          <w:szCs w:val="28"/>
          <w:lang w:val="ru-RU"/>
        </w:rPr>
        <w:t xml:space="preserve">Модуль 4. «Внеурочная деятельность» 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Курсы внеурочной деятельности согласно утвержденному расписанию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Еженедельно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Учителя начальных классов, педагоги ДО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Проведение отрядных занятий в рамках программы «Добрая дорога детства» центра «Точка роста»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Подвиг и память. К 85-летию начала блокады Ленинграда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Первым делом самолёты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Естественный и искусственный интеллект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важном». Зачем человеку читать? </w:t>
            </w:r>
            <w:r w:rsidRPr="00D06CDD">
              <w:rPr>
                <w:rFonts w:cs="Times New Roman"/>
                <w:sz w:val="28"/>
                <w:szCs w:val="28"/>
              </w:rPr>
              <w:t>(Как создаются книги?)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важном». Сила слова. </w:t>
            </w:r>
            <w:r w:rsidRPr="00D06CDD">
              <w:rPr>
                <w:rFonts w:cs="Times New Roman"/>
                <w:sz w:val="28"/>
                <w:szCs w:val="28"/>
              </w:rPr>
              <w:t>Ко Дню учителя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Безопасность в сети Интернет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История железных дорог России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важном». Как звучит Россия? </w:t>
            </w:r>
            <w:r w:rsidRPr="00D06CDD">
              <w:rPr>
                <w:rFonts w:cs="Times New Roman"/>
                <w:sz w:val="28"/>
                <w:szCs w:val="28"/>
              </w:rPr>
              <w:t>Ко Дню народного единства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От мечты к открытиям. К 315-летию со дня рождения М. В. Ломоносова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Народные промыслы России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Семья. Дела домашние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Дарим добро!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«Разговоры о важном». День Героев Отечества. 130 лет со дня рождения Г. К. Жукова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По каким правилам живет страна? Ко Дню Конституции Российской Федерации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важном». «Шайбу! Шайбу!» </w:t>
            </w:r>
            <w:r w:rsidRPr="00D06CDD">
              <w:rPr>
                <w:rFonts w:cs="Times New Roman"/>
                <w:sz w:val="28"/>
                <w:szCs w:val="28"/>
              </w:rPr>
              <w:t>80 лет отечественному хоккею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Игрушечный переполох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Как появляются персонажи и почему они становятся любимыми?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важном». Как быть самостоятельным? </w:t>
            </w:r>
            <w:r w:rsidRPr="00D06CDD">
              <w:rPr>
                <w:rFonts w:cs="Times New Roman"/>
                <w:sz w:val="28"/>
                <w:szCs w:val="28"/>
              </w:rPr>
              <w:t>(Фин. грамотность)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важном». Зачётный день! </w:t>
            </w:r>
            <w:r w:rsidRPr="00D06CDD">
              <w:rPr>
                <w:rFonts w:cs="Times New Roman"/>
                <w:sz w:val="28"/>
                <w:szCs w:val="28"/>
              </w:rPr>
              <w:t>Ко Дню российского студенчества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Технологии, которые меняют мир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важном». Люди, которые меняют мир. </w:t>
            </w:r>
            <w:r w:rsidRPr="00D06CDD">
              <w:rPr>
                <w:rFonts w:cs="Times New Roman"/>
                <w:sz w:val="28"/>
                <w:szCs w:val="28"/>
              </w:rPr>
              <w:t>Ко Дню российской науки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Что такое подлинное товарищество?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E45BAB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важном». Призвание </w:t>
            </w:r>
            <w:r w:rsidR="00E45BAB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защищать. </w:t>
            </w:r>
            <w:r w:rsidRPr="00E45BAB">
              <w:rPr>
                <w:rFonts w:cs="Times New Roman"/>
                <w:sz w:val="28"/>
                <w:szCs w:val="28"/>
                <w:lang w:val="ru-RU"/>
              </w:rPr>
              <w:t>Ко Дню защитника Отечества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Международный женский день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Заповедники России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Региональное занятие. «</w:t>
            </w:r>
            <w:r w:rsidRPr="00C7782F">
              <w:rPr>
                <w:rFonts w:cs="Times New Roman"/>
                <w:sz w:val="24"/>
                <w:szCs w:val="28"/>
                <w:lang w:val="ru-RU"/>
              </w:rPr>
              <w:t>Путешествуем по России: культура родного края»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«Разговоры о важном». После меня чище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важном». Космические технологии. </w:t>
            </w:r>
            <w:r w:rsidRPr="00D06CDD">
              <w:rPr>
                <w:rFonts w:cs="Times New Roman"/>
                <w:sz w:val="28"/>
                <w:szCs w:val="28"/>
              </w:rPr>
              <w:t>Ко Дню космонавтики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Красная книга России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«Всё для фронта! Всё для Победы!» Ко Дню Победы (труженики тыла)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Марафон здоровых привычек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важном». Ценности, которые нас объединяют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E94073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E94073">
        <w:rPr>
          <w:rFonts w:cs="Times New Roman"/>
          <w:b/>
          <w:color w:val="FF0000"/>
          <w:sz w:val="28"/>
          <w:szCs w:val="28"/>
          <w:lang w:val="ru-RU"/>
        </w:rPr>
        <w:t xml:space="preserve">1.5. </w:t>
      </w:r>
      <w:r w:rsidRPr="00E94073">
        <w:rPr>
          <w:rFonts w:cs="Times New Roman"/>
          <w:color w:val="FF0000"/>
          <w:sz w:val="28"/>
          <w:szCs w:val="28"/>
          <w:lang w:val="ru-RU"/>
        </w:rPr>
        <w:t>Модуль 5. «Взаимодействие с родителями (законными представителями)»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B624C6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>Ответственные лица и партнерские организации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Заседания Родительских комитетов классов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Председатели родительских комитетов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Родительские собрания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Раздел «Информация для родителей» на сайте школы, в групповых родительских чатах мессенджеров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Индивидуальная работа с семьями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руководители, администрация школы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Работа с родителями по организации горячего питания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 - май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2011E6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2011E6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  <w:r w:rsidR="002011E6">
              <w:rPr>
                <w:rFonts w:cs="Times New Roman"/>
                <w:sz w:val="28"/>
                <w:szCs w:val="28"/>
                <w:lang w:val="ru-RU"/>
              </w:rPr>
              <w:t>, зам директора по 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открытых дверей для родителей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администрация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874353" w:rsidRDefault="00874353" w:rsidP="00D06CDD">
      <w:pPr>
        <w:spacing w:after="0" w:line="240" w:lineRule="auto"/>
        <w:rPr>
          <w:rFonts w:cs="Times New Roman"/>
          <w:b/>
          <w:color w:val="1B365D"/>
          <w:sz w:val="28"/>
          <w:szCs w:val="28"/>
        </w:rPr>
      </w:pPr>
    </w:p>
    <w:p w:rsidR="00E9310D" w:rsidRPr="00874353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874353">
        <w:rPr>
          <w:rFonts w:cs="Times New Roman"/>
          <w:b/>
          <w:color w:val="FF0000"/>
          <w:sz w:val="28"/>
          <w:szCs w:val="28"/>
          <w:lang w:val="ru-RU"/>
        </w:rPr>
        <w:lastRenderedPageBreak/>
        <w:t xml:space="preserve">1.6. </w:t>
      </w:r>
      <w:r w:rsidRPr="00874353">
        <w:rPr>
          <w:rFonts w:cs="Times New Roman"/>
          <w:color w:val="FF0000"/>
          <w:sz w:val="28"/>
          <w:szCs w:val="28"/>
          <w:lang w:val="ru-RU"/>
        </w:rPr>
        <w:t xml:space="preserve">Модуль 6. «Детские общественные объединения» </w:t>
      </w:r>
      <w:r w:rsidR="00C035E0">
        <w:rPr>
          <w:rFonts w:cs="Times New Roman"/>
          <w:color w:val="FF0000"/>
          <w:sz w:val="28"/>
          <w:szCs w:val="28"/>
          <w:lang w:val="ru-RU"/>
        </w:rPr>
        <w:t xml:space="preserve">и </w:t>
      </w:r>
      <w:r w:rsidRPr="00874353">
        <w:rPr>
          <w:rFonts w:cs="Times New Roman"/>
          <w:color w:val="FF0000"/>
          <w:sz w:val="28"/>
          <w:szCs w:val="28"/>
          <w:lang w:val="ru-RU"/>
        </w:rPr>
        <w:t>самоуправление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B624C6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>Ответственные лица и партнерские организации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Дни единых действий «Орлята России», ЮИД, Юнармия, волонтерство, «Движение Первые»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874353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Вожатые, к</w:t>
            </w:r>
            <w:r w:rsidR="003474AC" w:rsidRPr="00D06CDD">
              <w:rPr>
                <w:rFonts w:cs="Times New Roman"/>
                <w:sz w:val="28"/>
                <w:szCs w:val="28"/>
                <w:lang w:val="ru-RU"/>
              </w:rPr>
              <w:t>лассные руководители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3474AC" w:rsidRPr="00D06CDD">
              <w:rPr>
                <w:rFonts w:cs="Times New Roman"/>
                <w:sz w:val="28"/>
                <w:szCs w:val="28"/>
                <w:lang w:val="ru-RU"/>
              </w:rPr>
              <w:t>отрядов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детских объединений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Торжественное вступление в ряды участников движения Ю</w:t>
            </w:r>
            <w:r w:rsidR="00DE5EA6">
              <w:rPr>
                <w:rFonts w:cs="Times New Roman"/>
                <w:sz w:val="28"/>
                <w:szCs w:val="28"/>
                <w:lang w:val="ru-RU"/>
              </w:rPr>
              <w:t>нармия, Юид, Движение Первые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к государственным праздникам и памятным датам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E5EA6" w:rsidRDefault="00DE5EA6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Руководитель юнармейского отряда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Юнармейский благотворительный проект «Миллион добрых дел»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AB4F54" w:rsidRDefault="00AB4F54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Руководитель юнармейского отряда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во Всероссийских проектах «Орлята России»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Участие в благотворительных акциях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Организация дежурства по классу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Избирательная компания в классах (выборы активов, законы класса, план работы)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Отчет о проведенной работе, корректировка плана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Январь, май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Знакомство с системой самоуправления класса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апрель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C035E0" w:rsidRPr="00D06CDD" w:rsidTr="00D970AA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035E0" w:rsidRPr="00EF3554" w:rsidRDefault="00C035E0" w:rsidP="00C035E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EF3554">
              <w:rPr>
                <w:rFonts w:cs="Times New Roman"/>
                <w:sz w:val="28"/>
                <w:szCs w:val="28"/>
                <w:lang w:val="ru-RU"/>
              </w:rPr>
              <w:t>Патриотическая акция «Письмо солдату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от Орлят</w:t>
            </w:r>
            <w:r w:rsidRPr="00EF3554">
              <w:rPr>
                <w:rFonts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035E0" w:rsidRPr="00D06CDD" w:rsidRDefault="00C035E0" w:rsidP="00C035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035E0" w:rsidRPr="00D06CDD" w:rsidRDefault="00C035E0" w:rsidP="00C035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035E0" w:rsidRPr="00D06CDD" w:rsidRDefault="00C035E0" w:rsidP="00C035E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C035E0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035E0" w:rsidRPr="00D06CDD" w:rsidRDefault="00C035E0" w:rsidP="00C035E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Акции по сохранению исторической памяти «Верни Герою имя», «Хранители истории»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035E0" w:rsidRPr="00D06CDD" w:rsidRDefault="00EF3554" w:rsidP="00C035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3</w:t>
            </w:r>
            <w:r w:rsidR="00C035E0" w:rsidRPr="00D06CDD">
              <w:rPr>
                <w:rFonts w:cs="Times New Roman"/>
                <w:sz w:val="28"/>
                <w:szCs w:val="28"/>
              </w:rPr>
              <w:t>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035E0" w:rsidRPr="00D06CDD" w:rsidRDefault="00C035E0" w:rsidP="00C035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035E0" w:rsidRPr="00D06CDD" w:rsidRDefault="00C035E0" w:rsidP="00C035E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6E1625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Организация участия в областной онлайн-викторине АВС резервного отряд</w:t>
            </w:r>
            <w:r>
              <w:rPr>
                <w:rFonts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6E1625" w:rsidRPr="00D06CDD" w:rsidTr="00D970AA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2F64D6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2F64D6">
              <w:rPr>
                <w:rFonts w:cs="Times New Roman"/>
                <w:sz w:val="28"/>
                <w:szCs w:val="28"/>
                <w:lang w:val="ru-RU"/>
              </w:rPr>
              <w:t>Акция «Новогодние окна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и класс</w:t>
            </w:r>
            <w:r w:rsidRPr="002F64D6">
              <w:rPr>
                <w:rFonts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Классный руководитель</w:t>
            </w:r>
          </w:p>
        </w:tc>
      </w:tr>
      <w:tr w:rsidR="006E1625" w:rsidRPr="00B624C6" w:rsidTr="00D970AA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Праздничная новогодняя акция «</w:t>
            </w:r>
            <w:r>
              <w:rPr>
                <w:rFonts w:cs="Times New Roman"/>
                <w:sz w:val="28"/>
                <w:szCs w:val="28"/>
                <w:lang w:val="ru-RU"/>
              </w:rPr>
              <w:t>Российский детский Дед Мороз</w:t>
            </w:r>
            <w:r w:rsidR="00A01646">
              <w:rPr>
                <w:rFonts w:cs="Times New Roman"/>
                <w:sz w:val="28"/>
                <w:szCs w:val="28"/>
                <w:lang w:val="ru-RU"/>
              </w:rPr>
              <w:t>. Первые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руководители, куратор первичного отделения</w:t>
            </w:r>
          </w:p>
        </w:tc>
      </w:tr>
      <w:tr w:rsidR="00554775" w:rsidRPr="00D06CDD" w:rsidTr="00D970AA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554775" w:rsidRPr="00D06CDD" w:rsidRDefault="00554775" w:rsidP="0055477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Муниципальный этап областного конкурса «Безопасное колесо» (Станции: Знатоки ПДД, Первая помощь)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554775" w:rsidRPr="00D06CDD" w:rsidRDefault="00554775" w:rsidP="0055477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554775" w:rsidRPr="00D06CDD" w:rsidRDefault="00497D77" w:rsidP="0055477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554775" w:rsidRPr="00D06CDD" w:rsidRDefault="00554775" w:rsidP="0055477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BC7E80" w:rsidRPr="00D06CDD" w:rsidTr="00D970AA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C7E80" w:rsidRPr="00D06CDD" w:rsidRDefault="00BC7E80" w:rsidP="00BC7E8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Праздничная акция ЮИД «Самой прекрасной половине планеты»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C7E80" w:rsidRPr="00D06CDD" w:rsidRDefault="00BC7E80" w:rsidP="00BC7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C7E80" w:rsidRPr="00D06CDD" w:rsidRDefault="00BC7E80" w:rsidP="00BC7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C7E80" w:rsidRPr="00D06CDD" w:rsidRDefault="00BC7E80" w:rsidP="00BC7E8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E20C5B" w:rsidRPr="00D06CDD" w:rsidTr="00D970AA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«Георгиевская ленточка» (отряд ЮИД)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E20C5B" w:rsidRPr="00D06CDD" w:rsidTr="00D970AA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Муниципальный этап областного конкурса «Безопасное колесо» (Станции: Автогородок, Фигурное вождение)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E20C5B" w:rsidRPr="00D06CDD" w:rsidTr="00D970AA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Муниципальный этап областного конкурса «У светофора каникул нет!»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20C5B" w:rsidRPr="00D06CDD" w:rsidRDefault="00E20C5B" w:rsidP="00E20C5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</w:tbl>
    <w:p w:rsidR="00E9310D" w:rsidRPr="006E1625" w:rsidRDefault="00E9310D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E9310D" w:rsidRPr="00375ACF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</w:rPr>
      </w:pPr>
      <w:r w:rsidRPr="00375ACF">
        <w:rPr>
          <w:rFonts w:cs="Times New Roman"/>
          <w:b/>
          <w:color w:val="FF0000"/>
          <w:sz w:val="28"/>
          <w:szCs w:val="28"/>
        </w:rPr>
        <w:t xml:space="preserve">1.7. </w:t>
      </w:r>
      <w:r w:rsidRPr="00375ACF">
        <w:rPr>
          <w:rFonts w:cs="Times New Roman"/>
          <w:color w:val="FF0000"/>
          <w:sz w:val="28"/>
          <w:szCs w:val="28"/>
        </w:rPr>
        <w:t>Модуль 7. «Профориентация»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часы «Азбука профессий»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раз в полугодие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Выступление на внеклассных мероприятиях родителей, представителей различных профессий, экскурсии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Вожатая, классные руководители</w:t>
            </w:r>
          </w:p>
        </w:tc>
      </w:tr>
    </w:tbl>
    <w:p w:rsidR="008C4BA2" w:rsidRPr="00D06CDD" w:rsidRDefault="008C4BA2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8C4BA2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8C4BA2">
        <w:rPr>
          <w:rFonts w:cs="Times New Roman"/>
          <w:b/>
          <w:color w:val="FF0000"/>
          <w:sz w:val="28"/>
          <w:szCs w:val="28"/>
          <w:lang w:val="ru-RU"/>
        </w:rPr>
        <w:t xml:space="preserve">1.8. </w:t>
      </w:r>
      <w:r w:rsidRPr="008C4BA2">
        <w:rPr>
          <w:rFonts w:cs="Times New Roman"/>
          <w:color w:val="FF0000"/>
          <w:sz w:val="28"/>
          <w:szCs w:val="28"/>
          <w:lang w:val="ru-RU"/>
        </w:rPr>
        <w:t xml:space="preserve">Модуль 8. «Профилактика и безопасность» 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Месячник безопасности. Беседы о правилах ПДД, ППБ, поведении в школе. </w:t>
            </w:r>
            <w:r w:rsidRPr="00D06CDD">
              <w:rPr>
                <w:rFonts w:cs="Times New Roman"/>
                <w:sz w:val="28"/>
                <w:szCs w:val="28"/>
              </w:rPr>
              <w:t>Вводные инструктажи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1-30 сентября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5B5203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5B5203"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руководители, </w:t>
            </w:r>
            <w:r w:rsidR="005B5203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Default="009149AE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часы по ПДД</w:t>
            </w:r>
            <w:r w:rsidR="00A201D5">
              <w:rPr>
                <w:rFonts w:cs="Times New Roman"/>
                <w:sz w:val="28"/>
                <w:szCs w:val="28"/>
                <w:lang w:val="ru-RU"/>
              </w:rPr>
              <w:t>:</w:t>
            </w:r>
          </w:p>
          <w:p w:rsidR="00F60979" w:rsidRPr="009149AE" w:rsidRDefault="00F6097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9149AE" w:rsidRDefault="009149AE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9149AE" w:rsidRDefault="009149AE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Согласно плану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6357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5B5203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470FF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1. Поселок, где мы живем. Наши улицы и дороги. 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2. Что мы видим на дороге. Опасность на дороге.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3. Транспорт. Виды.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4. Мы идем в школу. Маршрут дом-школа-дом.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5.Наши верные друзья. Светофор. Пешеходный переход.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6. Мы пассажиры. Правила безопасности.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7. Знакомство с дорожными знаками.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8. Где можно играть?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9. Безопасные дороги летом.</w:t>
            </w:r>
          </w:p>
          <w:p w:rsidR="00A201D5" w:rsidRPr="00F60979" w:rsidRDefault="00A201D5" w:rsidP="00470FFD">
            <w:pPr>
              <w:spacing w:after="0" w:line="240" w:lineRule="auto"/>
              <w:rPr>
                <w:rFonts w:cs="Times New Roman"/>
                <w:sz w:val="16"/>
                <w:szCs w:val="16"/>
                <w:lang w:val="ru-RU"/>
              </w:rPr>
            </w:pP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1. Мы идем в школу. Улица полна неожиданностей.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2. Транспорт.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3. Правила поведения на улице, вблизи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4.  Особенности движения транспорта и пешеходов на осенних и зимних улицах.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5.  Сигналы светофора.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6. Это должны знать все.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7.  Мы пассажиры.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8.  Дорожные знаки.</w:t>
            </w:r>
          </w:p>
          <w:p w:rsid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9.  Весенние дороги.</w:t>
            </w:r>
          </w:p>
          <w:p w:rsidR="00DE7B85" w:rsidRPr="00F60979" w:rsidRDefault="00DE7B85" w:rsidP="00470FFD">
            <w:pPr>
              <w:spacing w:after="0" w:line="240" w:lineRule="auto"/>
              <w:rPr>
                <w:rFonts w:cs="Times New Roman"/>
                <w:sz w:val="16"/>
                <w:szCs w:val="16"/>
                <w:lang w:val="ru-RU"/>
              </w:rPr>
            </w:pP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 xml:space="preserve">Т Е М Ы   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1. Мы идем в школу.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2. Я пешеход.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3. Осенние дороги.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4. Это должны знать все.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5. Знатоки дорожных знаков.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6. Наши верные друзья.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7.  Движение по улицам.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lastRenderedPageBreak/>
              <w:t>8. Что такое закрытый обзор.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9.  Дорожно-транспортные происшествия.</w:t>
            </w:r>
          </w:p>
          <w:p w:rsidR="00470FFD" w:rsidRPr="00F60979" w:rsidRDefault="00470FFD" w:rsidP="00470FFD">
            <w:pPr>
              <w:spacing w:after="0" w:line="240" w:lineRule="auto"/>
              <w:rPr>
                <w:rFonts w:cs="Times New Roman"/>
                <w:sz w:val="16"/>
                <w:szCs w:val="16"/>
                <w:lang w:val="ru-RU"/>
              </w:rPr>
            </w:pP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 xml:space="preserve">Т Е М Ы   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1. ПДД.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2. Элементы улиц и дорог.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3.  Безопасность пешеходов.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4.  Виды транспортных средств.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5. Погодные условия.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6.  Велосипед.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7. Дорожные знаки.</w:t>
            </w:r>
          </w:p>
          <w:p w:rsidR="00470FFD" w:rsidRP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8. Законы дорожного движения.</w:t>
            </w:r>
          </w:p>
          <w:p w:rsidR="00470FFD" w:rsidRDefault="00470FFD" w:rsidP="00470FF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9. Катание на велосипедах по улицам поселков.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201D5" w:rsidRDefault="00470FFD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lastRenderedPageBreak/>
              <w:t>1 класс</w:t>
            </w:r>
          </w:p>
          <w:p w:rsidR="00A201D5" w:rsidRDefault="00A201D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201D5" w:rsidRDefault="00A201D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201D5" w:rsidRDefault="00A201D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201D5" w:rsidRDefault="00A201D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201D5" w:rsidRDefault="00A201D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201D5" w:rsidRDefault="00A201D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201D5" w:rsidRDefault="00A201D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201D5" w:rsidRDefault="00A201D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201D5" w:rsidRDefault="00A201D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201D5" w:rsidRDefault="00A201D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E7B85" w:rsidRDefault="00A201D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2 класс</w:t>
            </w:r>
          </w:p>
          <w:p w:rsidR="00DE7B85" w:rsidRDefault="00DE7B8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E7B85" w:rsidRDefault="00DE7B8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E7B85" w:rsidRDefault="00DE7B8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E7B85" w:rsidRDefault="00DE7B8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E7B85" w:rsidRDefault="00DE7B8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E7B85" w:rsidRDefault="00DE7B8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E7B85" w:rsidRDefault="00DE7B8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E7B85" w:rsidRDefault="00DE7B8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E7B85" w:rsidRDefault="00DE7B8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E7B85" w:rsidRDefault="00DE7B8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E7B85" w:rsidRDefault="00DE7B85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DE7B85" w:rsidP="00DE7B8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3 класс</w:t>
            </w:r>
          </w:p>
          <w:p w:rsidR="00F60979" w:rsidRDefault="00F60979" w:rsidP="00DE7B8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E7B8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E7B8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E7B8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E7B8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E7B8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E7B8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E7B8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E7B8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470FFD" w:rsidRDefault="00F60979" w:rsidP="00DE7B8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4 класс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70FFD" w:rsidRDefault="00470FFD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1 раз в</w:t>
            </w:r>
            <w:r w:rsidR="00F635B8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>месяц</w:t>
            </w: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 раз в</w:t>
            </w:r>
            <w:r w:rsidR="00184E80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>месяц</w:t>
            </w: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184E80" w:rsidP="00F6097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 раз в месяц</w:t>
            </w:r>
          </w:p>
          <w:p w:rsidR="00F60979" w:rsidRDefault="00F60979" w:rsidP="00F6097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F6097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F6097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F6097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F6097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F6097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F6097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F6097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F6097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F6097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 раз в месяц</w:t>
            </w:r>
          </w:p>
          <w:p w:rsidR="00184E80" w:rsidRDefault="00184E80" w:rsidP="00184E8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6357A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70FFD" w:rsidRDefault="00470FFD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lastRenderedPageBreak/>
              <w:t>Классные руководители</w:t>
            </w:r>
          </w:p>
          <w:p w:rsidR="00F635B8" w:rsidRDefault="00F635B8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35B8" w:rsidRDefault="00F635B8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184E80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184E8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  <w:r w:rsidR="00F60979" w:rsidRPr="00470FFD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  <w:p w:rsidR="00F60979" w:rsidRDefault="00F6097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60979" w:rsidRDefault="00F6097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84E80" w:rsidRPr="005B5203" w:rsidRDefault="00F6097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470FF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6E1625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Акция «Внимание! Дети идут в школу!»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6E1625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Акция «Маршрут: дом – школа – дом!»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4-5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  <w:r>
              <w:rPr>
                <w:rFonts w:cs="Times New Roman"/>
                <w:sz w:val="28"/>
                <w:szCs w:val="28"/>
                <w:lang w:val="ru-RU"/>
              </w:rPr>
              <w:t>,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руководитель отряда ЮИД, </w:t>
            </w:r>
          </w:p>
        </w:tc>
      </w:tr>
      <w:tr w:rsidR="006E1625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Учебная эвакуация «Угроза теракта»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Директор школы, преподаватель-организатор ОБЗР</w:t>
            </w:r>
          </w:p>
        </w:tc>
      </w:tr>
      <w:tr w:rsidR="006E1625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Неделя профилактики ДТП. Встречи сотрудников ГИБДД с учащимися, беседы по ПДД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ЮИД, вожатая, классные руководители</w:t>
            </w:r>
          </w:p>
        </w:tc>
      </w:tr>
      <w:tr w:rsidR="006E1625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«Осень. Дети. Безопасность»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6E1625" w:rsidRPr="00D06CDD" w:rsidRDefault="006E1625" w:rsidP="006E162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554775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554775" w:rsidRPr="008C09DC" w:rsidRDefault="00554775" w:rsidP="0055477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C09DC">
              <w:rPr>
                <w:rFonts w:cs="Times New Roman"/>
                <w:sz w:val="28"/>
                <w:szCs w:val="28"/>
                <w:lang w:val="ru-RU"/>
              </w:rPr>
              <w:t xml:space="preserve">Всероссийская акция «Зимние дороги. Дети. </w:t>
            </w:r>
            <w:r w:rsidRPr="008C09DC">
              <w:rPr>
                <w:rFonts w:cs="Times New Roman"/>
                <w:sz w:val="28"/>
                <w:szCs w:val="28"/>
              </w:rPr>
              <w:t>Безопасность»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554775" w:rsidRPr="00D06CDD" w:rsidRDefault="00554775" w:rsidP="0055477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554775" w:rsidRPr="00D06CDD" w:rsidRDefault="00554775" w:rsidP="0055477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Январь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554775" w:rsidRPr="00D06CDD" w:rsidRDefault="00554775" w:rsidP="00554775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EA42A7" w:rsidRPr="00D06CDD" w:rsidTr="00D970AA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A42A7" w:rsidRPr="00D06CDD" w:rsidRDefault="00EA42A7" w:rsidP="00EA42A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Всероссийская акция «Весенние дороги. Дети. </w:t>
            </w:r>
            <w:r w:rsidRPr="00D06CDD">
              <w:rPr>
                <w:rFonts w:cs="Times New Roman"/>
                <w:sz w:val="28"/>
                <w:szCs w:val="28"/>
              </w:rPr>
              <w:t>Безопасность»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A42A7" w:rsidRPr="00D06CDD" w:rsidRDefault="00EA42A7" w:rsidP="00EA42A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A42A7" w:rsidRPr="00D06CDD" w:rsidRDefault="00EA42A7" w:rsidP="00EA42A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 - апрель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A42A7" w:rsidRPr="00D06CDD" w:rsidRDefault="00EA42A7" w:rsidP="00EA42A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813C37" w:rsidRPr="00D06CDD" w:rsidTr="00D970AA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0C2A05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Акция «Письмо водителю», Акция «Дисциплинированный пешеход». </w:t>
            </w:r>
          </w:p>
          <w:p w:rsidR="00813C37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«Круглый стол» - встреча с инспектором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813C37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0C2A05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Беседы по безопасности учащихся в период каникул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Окончание четверти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0C2A05" w:rsidRPr="000C2A05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0C2A05" w:rsidRPr="00D06CDD" w:rsidRDefault="000C2A05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C2A05">
              <w:rPr>
                <w:rFonts w:cs="Times New Roman"/>
                <w:sz w:val="28"/>
                <w:szCs w:val="28"/>
                <w:lang w:val="ru-RU"/>
              </w:rPr>
              <w:t>Осторожность с подозрительными предметами, действия при угрозе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0C2A05">
              <w:rPr>
                <w:rFonts w:cs="Times New Roman"/>
                <w:sz w:val="28"/>
                <w:szCs w:val="28"/>
                <w:lang w:val="ru-RU"/>
              </w:rPr>
              <w:t>«Не трогай чужие предметы»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0C2A05" w:rsidRPr="000C2A05" w:rsidRDefault="000C2A05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0C2A05" w:rsidRPr="000C2A05" w:rsidRDefault="000C2A05" w:rsidP="000C2A0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 течении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0C2A05" w:rsidRPr="000C2A05" w:rsidRDefault="000C2A05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813C37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4543A" w:rsidRDefault="00813C37" w:rsidP="0084543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 w:rsidRPr="0084543A">
              <w:rPr>
                <w:rFonts w:cs="Times New Roman"/>
                <w:sz w:val="28"/>
                <w:szCs w:val="28"/>
                <w:lang w:val="ru-RU"/>
              </w:rPr>
              <w:t>Неделя правовых знаний</w:t>
            </w:r>
            <w:r w:rsidR="0084543A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r w:rsidR="0084543A" w:rsidRPr="008E47B8">
              <w:rPr>
                <w:sz w:val="28"/>
                <w:szCs w:val="28"/>
                <w:lang w:val="ru-RU"/>
              </w:rPr>
              <w:t>Права и обязанности школьника</w:t>
            </w:r>
            <w:r w:rsidR="0084543A">
              <w:rPr>
                <w:sz w:val="28"/>
                <w:szCs w:val="28"/>
                <w:lang w:val="ru-RU"/>
              </w:rPr>
              <w:t>.</w:t>
            </w:r>
            <w:r w:rsidR="0084543A" w:rsidRPr="008E47B8">
              <w:rPr>
                <w:sz w:val="28"/>
                <w:szCs w:val="28"/>
                <w:lang w:val="ru-RU"/>
              </w:rPr>
              <w:tab/>
            </w:r>
          </w:p>
          <w:p w:rsidR="00813C37" w:rsidRPr="0084543A" w:rsidRDefault="0084543A" w:rsidP="0084543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 w:rsidRPr="008E47B8">
              <w:rPr>
                <w:sz w:val="28"/>
                <w:szCs w:val="28"/>
                <w:lang w:val="ru-RU"/>
              </w:rPr>
              <w:t>Правила поведения, права ребёнка, обязанности ученика</w:t>
            </w:r>
            <w:r w:rsidRPr="008E47B8">
              <w:rPr>
                <w:sz w:val="28"/>
                <w:szCs w:val="28"/>
                <w:lang w:val="ru-RU"/>
              </w:rPr>
              <w:tab/>
              <w:t>«Я ученик — я отвечаю»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13-20 ноября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813C37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Беседы по пожарной безопасности, правилах безопасности на водоемах в зимний период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Окончание 2 четверти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813C37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Тренировка по экстренному выводу детей и персонала из школы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Директор школы, преподаватель-организатор ОБЖ</w:t>
            </w:r>
          </w:p>
        </w:tc>
      </w:tr>
      <w:tr w:rsidR="00813C37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Беседы с учащимися по правилам безопасности в период весенних каникул и «Осторожно, гололед»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Окончание 3 четверти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813C37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3F7189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Месячник по профилактик</w:t>
            </w:r>
            <w:r w:rsidR="000915BB">
              <w:rPr>
                <w:rFonts w:cs="Times New Roman"/>
                <w:sz w:val="28"/>
                <w:szCs w:val="28"/>
                <w:lang w:val="ru-RU"/>
              </w:rPr>
              <w:t>е</w:t>
            </w:r>
            <w:r w:rsidRPr="00D06CDD">
              <w:rPr>
                <w:rFonts w:cs="Times New Roman"/>
                <w:sz w:val="28"/>
                <w:szCs w:val="28"/>
              </w:rPr>
              <w:t xml:space="preserve"> ДТП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Сентябрь, Май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3C37" w:rsidRPr="00D06CDD" w:rsidRDefault="00813C37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3F7189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E47B8" w:rsidRPr="008E47B8" w:rsidRDefault="008E47B8" w:rsidP="008E47B8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8E47B8">
              <w:rPr>
                <w:sz w:val="28"/>
                <w:szCs w:val="28"/>
                <w:lang w:val="ru-RU"/>
              </w:rPr>
              <w:t>Профилактика конфликтов, уважение, дружба, взаимопомощ</w:t>
            </w:r>
            <w:r>
              <w:rPr>
                <w:sz w:val="28"/>
                <w:szCs w:val="28"/>
                <w:lang w:val="ru-RU"/>
              </w:rPr>
              <w:t xml:space="preserve">и. </w:t>
            </w:r>
            <w:r w:rsidRPr="008E47B8">
              <w:rPr>
                <w:sz w:val="28"/>
                <w:szCs w:val="28"/>
                <w:lang w:val="ru-RU"/>
              </w:rPr>
              <w:t>Игры на сплочение</w:t>
            </w:r>
          </w:p>
          <w:p w:rsidR="00571E37" w:rsidRDefault="003F7189" w:rsidP="00571E37">
            <w:pPr>
              <w:spacing w:after="0" w:line="240" w:lineRule="auto"/>
              <w:ind w:left="105"/>
              <w:rPr>
                <w:rFonts w:cs="Times New Roman"/>
                <w:sz w:val="28"/>
                <w:szCs w:val="28"/>
                <w:lang w:val="ru-RU"/>
              </w:rPr>
            </w:pPr>
            <w:r w:rsidRPr="00EC39F1">
              <w:rPr>
                <w:rFonts w:cs="Times New Roman"/>
                <w:sz w:val="28"/>
                <w:szCs w:val="28"/>
                <w:lang w:val="ru-RU"/>
              </w:rPr>
              <w:t>Участие в мероприятиях по профилактике экстремизма, идеологии терроризма, вопросам пропаганды миролюбия</w:t>
            </w:r>
            <w:r w:rsidR="00297517" w:rsidRPr="00EC39F1">
              <w:rPr>
                <w:rFonts w:cs="Times New Roman"/>
                <w:sz w:val="28"/>
                <w:szCs w:val="28"/>
                <w:lang w:val="ru-RU"/>
              </w:rPr>
              <w:t xml:space="preserve">: </w:t>
            </w:r>
            <w:r w:rsidR="00B214F6" w:rsidRPr="00EC39F1">
              <w:rPr>
                <w:rFonts w:cs="Times New Roman"/>
                <w:sz w:val="28"/>
                <w:szCs w:val="28"/>
                <w:lang w:val="ru-RU"/>
              </w:rPr>
              <w:t xml:space="preserve">классный час </w:t>
            </w:r>
          </w:p>
          <w:p w:rsidR="00571E37" w:rsidRDefault="003A2739" w:rsidP="00571E37">
            <w:pPr>
              <w:spacing w:after="0" w:line="240" w:lineRule="auto"/>
              <w:ind w:left="105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297517" w:rsidRPr="00EC39F1">
              <w:rPr>
                <w:rFonts w:cs="Times New Roman"/>
                <w:sz w:val="28"/>
                <w:szCs w:val="28"/>
                <w:lang w:val="ru-RU"/>
              </w:rPr>
              <w:t>«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Трагедия </w:t>
            </w:r>
            <w:r w:rsidR="00297517" w:rsidRPr="00EC39F1">
              <w:rPr>
                <w:rFonts w:cs="Times New Roman"/>
                <w:sz w:val="28"/>
                <w:szCs w:val="28"/>
                <w:lang w:val="ru-RU"/>
              </w:rPr>
              <w:t>Беслан</w:t>
            </w:r>
            <w:r>
              <w:rPr>
                <w:rFonts w:cs="Times New Roman"/>
                <w:sz w:val="28"/>
                <w:szCs w:val="28"/>
                <w:lang w:val="ru-RU"/>
              </w:rPr>
              <w:t>а</w:t>
            </w:r>
            <w:r w:rsidR="00297517" w:rsidRPr="00EC39F1">
              <w:rPr>
                <w:rFonts w:cs="Times New Roman"/>
                <w:sz w:val="28"/>
                <w:szCs w:val="28"/>
                <w:lang w:val="ru-RU"/>
              </w:rPr>
              <w:t>»</w:t>
            </w:r>
          </w:p>
          <w:p w:rsidR="00571E37" w:rsidRDefault="006257E9" w:rsidP="00571E37">
            <w:pPr>
              <w:spacing w:after="0" w:line="240" w:lineRule="auto"/>
              <w:ind w:left="105"/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- </w:t>
            </w:r>
            <w:r w:rsidR="00EC39F1" w:rsidRPr="00EC39F1"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>«Сила в единстве народов России»</w:t>
            </w:r>
          </w:p>
          <w:p w:rsidR="006257E9" w:rsidRDefault="006257E9" w:rsidP="00571E37">
            <w:pPr>
              <w:spacing w:after="0" w:line="240" w:lineRule="auto"/>
              <w:ind w:left="105"/>
              <w:rPr>
                <w:rFonts w:eastAsia="Times New Roman" w:cs="Times New Roman"/>
                <w:color w:val="auto"/>
                <w:sz w:val="28"/>
                <w:lang w:val="ru-RU"/>
              </w:rPr>
            </w:pPr>
            <w:r>
              <w:rPr>
                <w:rFonts w:eastAsia="Times New Roman" w:cs="Times New Roman"/>
                <w:color w:val="auto"/>
                <w:sz w:val="28"/>
                <w:lang w:val="ru-RU"/>
              </w:rPr>
              <w:t xml:space="preserve">- </w:t>
            </w:r>
            <w:r w:rsidR="00E11F73" w:rsidRPr="00E11F73">
              <w:rPr>
                <w:rFonts w:eastAsia="Times New Roman" w:cs="Times New Roman"/>
                <w:color w:val="auto"/>
                <w:sz w:val="28"/>
                <w:lang w:val="ru-RU"/>
              </w:rPr>
              <w:t>«Все</w:t>
            </w:r>
            <w:r w:rsidR="00E11F73" w:rsidRPr="00E11F73">
              <w:rPr>
                <w:rFonts w:eastAsia="Times New Roman" w:cs="Times New Roman"/>
                <w:color w:val="auto"/>
                <w:spacing w:val="-9"/>
                <w:sz w:val="28"/>
                <w:lang w:val="ru-RU"/>
              </w:rPr>
              <w:t xml:space="preserve"> </w:t>
            </w:r>
            <w:r w:rsidR="00E11F73" w:rsidRPr="00E11F73">
              <w:rPr>
                <w:rFonts w:eastAsia="Times New Roman" w:cs="Times New Roman"/>
                <w:color w:val="auto"/>
                <w:sz w:val="28"/>
                <w:lang w:val="ru-RU"/>
              </w:rPr>
              <w:t>мы</w:t>
            </w:r>
            <w:r w:rsidR="00E11F73" w:rsidRPr="00E11F73">
              <w:rPr>
                <w:rFonts w:eastAsia="Times New Roman" w:cs="Times New Roman"/>
                <w:color w:val="auto"/>
                <w:spacing w:val="-8"/>
                <w:sz w:val="28"/>
                <w:lang w:val="ru-RU"/>
              </w:rPr>
              <w:t xml:space="preserve"> </w:t>
            </w:r>
            <w:r w:rsidR="00E11F73" w:rsidRPr="00E11F73">
              <w:rPr>
                <w:rFonts w:eastAsia="Times New Roman" w:cs="Times New Roman"/>
                <w:color w:val="auto"/>
                <w:sz w:val="28"/>
                <w:lang w:val="ru-RU"/>
              </w:rPr>
              <w:t>разные,</w:t>
            </w:r>
            <w:r w:rsidR="00E11F73" w:rsidRPr="00E11F73">
              <w:rPr>
                <w:rFonts w:eastAsia="Times New Roman" w:cs="Times New Roman"/>
                <w:color w:val="auto"/>
                <w:spacing w:val="-8"/>
                <w:sz w:val="28"/>
                <w:lang w:val="ru-RU"/>
              </w:rPr>
              <w:t xml:space="preserve"> </w:t>
            </w:r>
            <w:r w:rsidR="00E11F73" w:rsidRPr="00E11F73">
              <w:rPr>
                <w:rFonts w:eastAsia="Times New Roman" w:cs="Times New Roman"/>
                <w:color w:val="auto"/>
                <w:sz w:val="28"/>
                <w:lang w:val="ru-RU"/>
              </w:rPr>
              <w:t>но</w:t>
            </w:r>
            <w:r w:rsidR="00E11F73" w:rsidRPr="00E11F73">
              <w:rPr>
                <w:rFonts w:eastAsia="Times New Roman" w:cs="Times New Roman"/>
                <w:color w:val="auto"/>
                <w:spacing w:val="-8"/>
                <w:sz w:val="28"/>
                <w:lang w:val="ru-RU"/>
              </w:rPr>
              <w:t xml:space="preserve"> </w:t>
            </w:r>
            <w:r w:rsidR="00E11F73" w:rsidRPr="00E11F73">
              <w:rPr>
                <w:rFonts w:eastAsia="Times New Roman" w:cs="Times New Roman"/>
                <w:color w:val="auto"/>
                <w:sz w:val="28"/>
                <w:lang w:val="ru-RU"/>
              </w:rPr>
              <w:t>все</w:t>
            </w:r>
            <w:r w:rsidR="00E11F73" w:rsidRPr="00E11F73">
              <w:rPr>
                <w:rFonts w:eastAsia="Times New Roman" w:cs="Times New Roman"/>
                <w:color w:val="auto"/>
                <w:spacing w:val="-8"/>
                <w:sz w:val="28"/>
                <w:lang w:val="ru-RU"/>
              </w:rPr>
              <w:t xml:space="preserve"> </w:t>
            </w:r>
            <w:r w:rsidR="00E11F73" w:rsidRPr="00E11F73">
              <w:rPr>
                <w:rFonts w:eastAsia="Times New Roman" w:cs="Times New Roman"/>
                <w:color w:val="auto"/>
                <w:sz w:val="28"/>
                <w:lang w:val="ru-RU"/>
              </w:rPr>
              <w:t>мы заслуживаем счастья»</w:t>
            </w:r>
            <w:r w:rsidR="00090BEF">
              <w:rPr>
                <w:rFonts w:eastAsia="Times New Roman" w:cs="Times New Roman"/>
                <w:color w:val="auto"/>
                <w:sz w:val="28"/>
                <w:lang w:val="ru-RU"/>
              </w:rPr>
              <w:t xml:space="preserve"> </w:t>
            </w:r>
          </w:p>
          <w:p w:rsidR="00090BEF" w:rsidRDefault="006257E9" w:rsidP="00571E37">
            <w:pPr>
              <w:spacing w:after="0" w:line="240" w:lineRule="auto"/>
              <w:ind w:left="105"/>
              <w:rPr>
                <w:rFonts w:eastAsia="Times New Roman" w:cs="Times New Roman"/>
                <w:color w:val="auto"/>
                <w:spacing w:val="-2"/>
                <w:sz w:val="28"/>
                <w:lang w:val="ru-RU"/>
              </w:rPr>
            </w:pPr>
            <w:r>
              <w:rPr>
                <w:rFonts w:eastAsia="Times New Roman" w:cs="Times New Roman"/>
                <w:color w:val="auto"/>
                <w:sz w:val="28"/>
                <w:lang w:val="ru-RU"/>
              </w:rPr>
              <w:t xml:space="preserve">- </w:t>
            </w:r>
            <w:r w:rsidR="00090BEF" w:rsidRPr="00090BEF">
              <w:rPr>
                <w:rFonts w:eastAsia="Times New Roman" w:cs="Times New Roman"/>
                <w:color w:val="auto"/>
                <w:sz w:val="28"/>
                <w:lang w:val="ru-RU"/>
              </w:rPr>
              <w:t>«Давайте</w:t>
            </w:r>
            <w:r w:rsidR="00090BEF" w:rsidRPr="00090BEF">
              <w:rPr>
                <w:rFonts w:eastAsia="Times New Roman" w:cs="Times New Roman"/>
                <w:color w:val="auto"/>
                <w:spacing w:val="-4"/>
                <w:sz w:val="28"/>
                <w:lang w:val="ru-RU"/>
              </w:rPr>
              <w:t xml:space="preserve"> </w:t>
            </w:r>
            <w:r w:rsidR="00090BEF" w:rsidRPr="00090BEF">
              <w:rPr>
                <w:rFonts w:eastAsia="Times New Roman" w:cs="Times New Roman"/>
                <w:color w:val="auto"/>
                <w:sz w:val="28"/>
                <w:lang w:val="ru-RU"/>
              </w:rPr>
              <w:t>жить</w:t>
            </w:r>
            <w:r w:rsidR="00090BEF" w:rsidRPr="00090BEF">
              <w:rPr>
                <w:rFonts w:eastAsia="Times New Roman" w:cs="Times New Roman"/>
                <w:color w:val="auto"/>
                <w:spacing w:val="-1"/>
                <w:sz w:val="28"/>
                <w:lang w:val="ru-RU"/>
              </w:rPr>
              <w:t xml:space="preserve"> </w:t>
            </w:r>
            <w:r w:rsidR="00090BEF" w:rsidRPr="00090BEF">
              <w:rPr>
                <w:rFonts w:eastAsia="Times New Roman" w:cs="Times New Roman"/>
                <w:color w:val="auto"/>
                <w:spacing w:val="-2"/>
                <w:sz w:val="28"/>
                <w:lang w:val="ru-RU"/>
              </w:rPr>
              <w:t>дружно»</w:t>
            </w:r>
          </w:p>
          <w:p w:rsidR="00571E37" w:rsidRDefault="005F22E5" w:rsidP="00571E37">
            <w:pPr>
              <w:spacing w:after="0" w:line="240" w:lineRule="auto"/>
              <w:ind w:left="105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Тематические дни:</w:t>
            </w:r>
          </w:p>
          <w:p w:rsidR="005F22E5" w:rsidRPr="005F22E5" w:rsidRDefault="005F22E5" w:rsidP="00571E37">
            <w:pPr>
              <w:spacing w:after="0" w:line="240" w:lineRule="auto"/>
              <w:ind w:left="105"/>
              <w:rPr>
                <w:rFonts w:eastAsia="MS Mincho" w:cs="Times New Roman"/>
                <w:sz w:val="28"/>
                <w:lang w:val="ru-RU"/>
              </w:rPr>
            </w:pPr>
            <w:r>
              <w:rPr>
                <w:rFonts w:eastAsia="MS Mincho" w:cs="Times New Roman"/>
                <w:sz w:val="28"/>
                <w:lang w:val="ru-RU"/>
              </w:rPr>
              <w:t xml:space="preserve">- </w:t>
            </w:r>
            <w:r w:rsidRPr="005F22E5">
              <w:rPr>
                <w:rFonts w:eastAsia="MS Mincho" w:cs="Times New Roman"/>
                <w:sz w:val="28"/>
                <w:lang w:val="ru-RU"/>
              </w:rPr>
              <w:t>Международный день толерантности</w:t>
            </w:r>
          </w:p>
          <w:p w:rsidR="008E47B8" w:rsidRPr="00476643" w:rsidRDefault="005F22E5" w:rsidP="00476643">
            <w:pPr>
              <w:spacing w:after="0" w:line="240" w:lineRule="auto"/>
              <w:ind w:left="105"/>
              <w:rPr>
                <w:rFonts w:eastAsia="MS Mincho" w:cs="Times New Roman"/>
                <w:sz w:val="28"/>
                <w:lang w:val="ru-RU"/>
              </w:rPr>
            </w:pPr>
            <w:r>
              <w:rPr>
                <w:rFonts w:eastAsia="MS Mincho" w:cs="Times New Roman"/>
                <w:sz w:val="28"/>
                <w:lang w:val="ru-RU"/>
              </w:rPr>
              <w:t xml:space="preserve">- </w:t>
            </w:r>
            <w:r w:rsidRPr="005F22E5">
              <w:rPr>
                <w:rFonts w:eastAsia="MS Mincho" w:cs="Times New Roman"/>
                <w:sz w:val="28"/>
                <w:lang w:val="ru-RU"/>
              </w:rPr>
              <w:t>Неделя толерантности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3F7189" w:rsidRDefault="003F7189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  <w:p w:rsidR="008E47B8" w:rsidRDefault="008E47B8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8E47B8" w:rsidRPr="003F7189" w:rsidRDefault="008E47B8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043C9" w:rsidRDefault="00A043C9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 течение года</w:t>
            </w:r>
          </w:p>
          <w:p w:rsidR="00A043C9" w:rsidRDefault="00A043C9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3F7189" w:rsidRDefault="00EC39F1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</w:t>
            </w:r>
            <w:r w:rsidR="003F7189">
              <w:rPr>
                <w:rFonts w:cs="Times New Roman"/>
                <w:sz w:val="28"/>
                <w:szCs w:val="28"/>
                <w:lang w:val="ru-RU"/>
              </w:rPr>
              <w:t>ентябрь</w:t>
            </w:r>
          </w:p>
          <w:p w:rsidR="00EC39F1" w:rsidRDefault="00EC39F1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C39F1" w:rsidRDefault="00EC39F1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C39F1" w:rsidRDefault="00EC39F1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Ноябрь</w:t>
            </w:r>
          </w:p>
          <w:p w:rsidR="00090BEF" w:rsidRDefault="00090BEF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B0431" w:rsidRDefault="00EB0431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B0431" w:rsidRDefault="005F22E5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Октябрь</w:t>
            </w:r>
          </w:p>
          <w:p w:rsidR="005F22E5" w:rsidRDefault="005F22E5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F22E5" w:rsidRDefault="005F22E5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F22E5" w:rsidRPr="003F7189" w:rsidRDefault="005F22E5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3F7189" w:rsidRPr="003F7189" w:rsidRDefault="003F7189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5F22E5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  <w:r>
              <w:rPr>
                <w:rFonts w:cs="Times New Roman"/>
                <w:sz w:val="28"/>
                <w:szCs w:val="28"/>
                <w:lang w:val="ru-RU"/>
              </w:rPr>
              <w:t>, вожатые</w:t>
            </w:r>
            <w:r w:rsidR="005F22E5">
              <w:rPr>
                <w:rFonts w:cs="Times New Roman"/>
                <w:sz w:val="28"/>
                <w:szCs w:val="28"/>
                <w:lang w:val="ru-RU"/>
              </w:rPr>
              <w:t>, педагог психолог</w:t>
            </w:r>
          </w:p>
        </w:tc>
      </w:tr>
      <w:tr w:rsidR="00EC39F1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1E3EB5" w:rsidRDefault="00075AB4" w:rsidP="00075AB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EC39F1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Участие в мероприятиях по профилактике </w:t>
            </w:r>
            <w:r>
              <w:rPr>
                <w:rFonts w:cs="Times New Roman"/>
                <w:sz w:val="28"/>
                <w:szCs w:val="28"/>
                <w:lang w:val="ru-RU"/>
              </w:rPr>
              <w:t>ЗОЖ</w:t>
            </w:r>
            <w:r w:rsidR="001E3EB5">
              <w:rPr>
                <w:rFonts w:cs="Times New Roman"/>
                <w:sz w:val="28"/>
                <w:szCs w:val="28"/>
                <w:lang w:val="ru-RU"/>
              </w:rPr>
              <w:t>:</w:t>
            </w:r>
          </w:p>
          <w:p w:rsidR="001E3EB5" w:rsidRDefault="001E3EB5" w:rsidP="00075AB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>Конкурс плакатов и фотографий «Движение-это жизнь»</w:t>
            </w:r>
          </w:p>
          <w:p w:rsidR="00075AB4" w:rsidRPr="00075AB4" w:rsidRDefault="001E3EB5" w:rsidP="00075AB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- В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>ыставка рисунков «Здоровые привычки - счастливое будущее».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ab/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ab/>
            </w:r>
          </w:p>
          <w:p w:rsidR="00075AB4" w:rsidRDefault="00EA00F9" w:rsidP="00075AB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Классный час 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>«В гостях у Доктора Айболита»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ab/>
            </w:r>
          </w:p>
          <w:p w:rsidR="008118D9" w:rsidRDefault="008118D9" w:rsidP="008118D9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  <w:lang w:val="ru-RU"/>
              </w:rPr>
            </w:pPr>
          </w:p>
          <w:p w:rsidR="008118D9" w:rsidRDefault="008118D9" w:rsidP="008118D9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8E47B8">
              <w:rPr>
                <w:sz w:val="28"/>
                <w:szCs w:val="28"/>
                <w:lang w:val="ru-RU"/>
              </w:rPr>
              <w:t>Профилактика простудных заболеваний</w:t>
            </w:r>
            <w:r>
              <w:rPr>
                <w:sz w:val="28"/>
                <w:szCs w:val="28"/>
                <w:lang w:val="ru-RU"/>
              </w:rPr>
              <w:t xml:space="preserve">. </w:t>
            </w:r>
            <w:r w:rsidRPr="008E47B8">
              <w:rPr>
                <w:sz w:val="28"/>
                <w:szCs w:val="28"/>
                <w:lang w:val="ru-RU"/>
              </w:rPr>
              <w:t>Гигиена, режим дня, одежда по погоде, укрепление иммунитета</w:t>
            </w:r>
            <w:r>
              <w:rPr>
                <w:sz w:val="28"/>
                <w:szCs w:val="28"/>
                <w:lang w:val="ru-RU"/>
              </w:rPr>
              <w:t xml:space="preserve">. </w:t>
            </w:r>
            <w:r w:rsidRPr="008E47B8">
              <w:rPr>
                <w:sz w:val="28"/>
                <w:szCs w:val="28"/>
                <w:lang w:val="ru-RU"/>
              </w:rPr>
              <w:t xml:space="preserve">Чистые руки </w:t>
            </w:r>
            <w:r>
              <w:rPr>
                <w:sz w:val="28"/>
                <w:szCs w:val="28"/>
                <w:lang w:val="ru-RU"/>
              </w:rPr>
              <w:t>-</w:t>
            </w:r>
            <w:r w:rsidRPr="008E47B8">
              <w:rPr>
                <w:sz w:val="28"/>
                <w:szCs w:val="28"/>
                <w:lang w:val="ru-RU"/>
              </w:rPr>
              <w:t xml:space="preserve"> здоровые дети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:rsidR="008118D9" w:rsidRPr="00EE320C" w:rsidRDefault="008118D9" w:rsidP="008118D9">
            <w:pPr>
              <w:widowControl w:val="0"/>
              <w:autoSpaceDE w:val="0"/>
              <w:autoSpaceDN w:val="0"/>
              <w:spacing w:after="0" w:line="240" w:lineRule="auto"/>
              <w:rPr>
                <w:sz w:val="12"/>
                <w:szCs w:val="28"/>
                <w:lang w:val="ru-RU"/>
              </w:rPr>
            </w:pPr>
          </w:p>
          <w:p w:rsidR="00644512" w:rsidRPr="00075AB4" w:rsidRDefault="006A66FD" w:rsidP="00644512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644512" w:rsidRPr="00075AB4">
              <w:rPr>
                <w:rFonts w:cs="Times New Roman"/>
                <w:sz w:val="28"/>
                <w:szCs w:val="28"/>
                <w:lang w:val="ru-RU"/>
              </w:rPr>
              <w:t>Спортивно-массовые мероприятия</w:t>
            </w:r>
          </w:p>
          <w:p w:rsidR="00644512" w:rsidRPr="00075AB4" w:rsidRDefault="00644512" w:rsidP="00644512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Дни здоровья «Спортивный серпантин»</w:t>
            </w:r>
          </w:p>
          <w:p w:rsidR="00644512" w:rsidRDefault="00075AB4" w:rsidP="00075AB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Спортивно-познавательные игры</w:t>
            </w:r>
            <w:r w:rsidR="00644512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ab/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ab/>
            </w:r>
          </w:p>
          <w:p w:rsidR="00075AB4" w:rsidRPr="00075AB4" w:rsidRDefault="00644512" w:rsidP="00075AB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>Подготовка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>и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>участие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ab/>
              <w:t>в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>районных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>соревнованиях. Организация работы школьных спортивных секций.</w:t>
            </w:r>
          </w:p>
          <w:p w:rsidR="00644512" w:rsidRDefault="00644512" w:rsidP="00075AB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>Школьные семейные соревнования</w:t>
            </w:r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  <w:p w:rsidR="00EC39F1" w:rsidRPr="003F7189" w:rsidRDefault="00644512" w:rsidP="00075AB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>Спортивные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075AB4" w:rsidRPr="00075AB4">
              <w:rPr>
                <w:rFonts w:cs="Times New Roman"/>
                <w:sz w:val="28"/>
                <w:szCs w:val="28"/>
                <w:lang w:val="ru-RU"/>
              </w:rPr>
              <w:t>игр</w:t>
            </w:r>
            <w:r>
              <w:rPr>
                <w:rFonts w:cs="Times New Roman"/>
                <w:sz w:val="28"/>
                <w:szCs w:val="28"/>
                <w:lang w:val="ru-RU"/>
              </w:rPr>
              <w:t>а «Зарничка»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C39F1" w:rsidRDefault="00EA00F9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  <w:p w:rsidR="00644512" w:rsidRDefault="00644512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18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44512" w:rsidRDefault="008118D9" w:rsidP="008118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   </w:t>
            </w:r>
            <w:r w:rsidR="00644512" w:rsidRPr="00075AB4"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  <w:p w:rsidR="008118D9" w:rsidRDefault="008118D9" w:rsidP="008118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18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18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18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   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  <w:p w:rsidR="008118D9" w:rsidRDefault="008118D9" w:rsidP="008118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18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18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18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18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A00F9" w:rsidRDefault="001E3EB5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Октябрь ноябрь</w:t>
            </w:r>
            <w:r w:rsidR="00EA00F9" w:rsidRPr="00075AB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  <w:p w:rsidR="00EA00F9" w:rsidRDefault="00EA00F9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A00F9" w:rsidRDefault="00EA00F9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A00F9" w:rsidRDefault="00EA00F9" w:rsidP="00644512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A66FD" w:rsidRDefault="00EA00F9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апрель</w:t>
            </w:r>
            <w:r w:rsidR="006A66FD" w:rsidRPr="00075AB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  <w:p w:rsidR="00644512" w:rsidRDefault="00644512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44512" w:rsidRDefault="00644512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C39F1" w:rsidRDefault="006A66FD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В течение года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ab/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A00F9" w:rsidRDefault="001E3EB5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кл. руководители</w:t>
            </w:r>
            <w:r w:rsidR="00EA00F9" w:rsidRPr="00075AB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  <w:p w:rsidR="00EA00F9" w:rsidRDefault="00EA00F9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A00F9" w:rsidRDefault="00EA00F9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A00F9" w:rsidRDefault="00EA00F9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A00F9" w:rsidRDefault="00EA00F9" w:rsidP="00EA00F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 xml:space="preserve">кл. руководители </w:t>
            </w:r>
          </w:p>
          <w:p w:rsidR="00644512" w:rsidRDefault="00644512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44512" w:rsidRDefault="00644512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18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 xml:space="preserve">кл. руководители </w:t>
            </w:r>
          </w:p>
          <w:p w:rsidR="008118D9" w:rsidRDefault="008118D9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118D9" w:rsidRDefault="008118D9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44512" w:rsidRDefault="00644512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Учитель физической культуры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ab/>
            </w:r>
          </w:p>
          <w:p w:rsidR="00644512" w:rsidRDefault="00644512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44512" w:rsidRDefault="00644512" w:rsidP="00813C3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44512" w:rsidRPr="00075AB4" w:rsidRDefault="00644512" w:rsidP="00644512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Учитель физической культур</w:t>
            </w:r>
            <w:r>
              <w:rPr>
                <w:rFonts w:cs="Times New Roman"/>
                <w:sz w:val="28"/>
                <w:szCs w:val="28"/>
                <w:lang w:val="ru-RU"/>
              </w:rPr>
              <w:t>ы</w:t>
            </w:r>
            <w:r w:rsidR="00526749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>классные</w:t>
            </w:r>
          </w:p>
          <w:p w:rsidR="00EC39F1" w:rsidRPr="005F22E5" w:rsidRDefault="00644512" w:rsidP="00644512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руководители</w:t>
            </w:r>
          </w:p>
        </w:tc>
      </w:tr>
      <w:tr w:rsidR="00075AB4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05D18" w:rsidRPr="00B05D18" w:rsidRDefault="00B05D18" w:rsidP="00B05D1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</w:pP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Классные</w:t>
            </w:r>
            <w:r w:rsidRPr="00B05D18">
              <w:rPr>
                <w:rFonts w:eastAsia="Times New Roman" w:cs="Times New Roman"/>
                <w:color w:val="auto"/>
                <w:spacing w:val="-11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часы</w:t>
            </w:r>
            <w:r w:rsidRPr="00B05D18">
              <w:rPr>
                <w:rFonts w:eastAsia="Times New Roman" w:cs="Times New Roman"/>
                <w:color w:val="auto"/>
                <w:spacing w:val="-9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по</w:t>
            </w:r>
            <w:r w:rsidRPr="00B05D18">
              <w:rPr>
                <w:rFonts w:eastAsia="Times New Roman" w:cs="Times New Roman"/>
                <w:color w:val="auto"/>
                <w:spacing w:val="-10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вопросам</w:t>
            </w:r>
            <w:r w:rsidRPr="00B05D18">
              <w:rPr>
                <w:rFonts w:eastAsia="Times New Roman" w:cs="Times New Roman"/>
                <w:color w:val="auto"/>
                <w:spacing w:val="-10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профилактики насилия среди учащихся:</w:t>
            </w:r>
          </w:p>
          <w:p w:rsidR="00B05D18" w:rsidRPr="00B05D18" w:rsidRDefault="00B05D18" w:rsidP="00B05D18">
            <w:pPr>
              <w:widowControl w:val="0"/>
              <w:tabs>
                <w:tab w:val="left" w:pos="287"/>
              </w:tabs>
              <w:autoSpaceDE w:val="0"/>
              <w:autoSpaceDN w:val="0"/>
              <w:spacing w:after="0" w:line="240" w:lineRule="auto"/>
              <w:ind w:right="258"/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</w:pPr>
            <w:r w:rsidRPr="00C944AA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 xml:space="preserve">  -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«Уважительное</w:t>
            </w:r>
            <w:r w:rsidRPr="00B05D18">
              <w:rPr>
                <w:rFonts w:eastAsia="Times New Roman" w:cs="Times New Roman"/>
                <w:color w:val="auto"/>
                <w:spacing w:val="-10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отношение</w:t>
            </w:r>
            <w:r w:rsidRPr="00B05D18">
              <w:rPr>
                <w:rFonts w:eastAsia="Times New Roman" w:cs="Times New Roman"/>
                <w:color w:val="auto"/>
                <w:spacing w:val="-10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друг</w:t>
            </w:r>
            <w:r w:rsidRPr="00B05D18">
              <w:rPr>
                <w:rFonts w:eastAsia="Times New Roman" w:cs="Times New Roman"/>
                <w:color w:val="auto"/>
                <w:spacing w:val="-10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 xml:space="preserve">к </w:t>
            </w:r>
            <w:r w:rsidRPr="00B05D18">
              <w:rPr>
                <w:rFonts w:eastAsia="Times New Roman" w:cs="Times New Roman"/>
                <w:color w:val="auto"/>
                <w:spacing w:val="-2"/>
                <w:sz w:val="28"/>
                <w:szCs w:val="28"/>
                <w:lang w:val="ru-RU"/>
              </w:rPr>
              <w:t>другу»</w:t>
            </w:r>
          </w:p>
          <w:p w:rsidR="00B05D18" w:rsidRPr="00B05D18" w:rsidRDefault="00B05D18" w:rsidP="00B05D18">
            <w:pPr>
              <w:widowControl w:val="0"/>
              <w:tabs>
                <w:tab w:val="left" w:pos="287"/>
              </w:tabs>
              <w:autoSpaceDE w:val="0"/>
              <w:autoSpaceDN w:val="0"/>
              <w:spacing w:after="0" w:line="240" w:lineRule="auto"/>
              <w:ind w:right="897"/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</w:pPr>
            <w:r w:rsidRPr="00C944AA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 xml:space="preserve">  -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«Поведение</w:t>
            </w:r>
            <w:r w:rsidRPr="00B05D18">
              <w:rPr>
                <w:rFonts w:eastAsia="Times New Roman" w:cs="Times New Roman"/>
                <w:color w:val="auto"/>
                <w:spacing w:val="-14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с</w:t>
            </w:r>
            <w:r w:rsidRPr="00B05D18">
              <w:rPr>
                <w:rFonts w:eastAsia="Times New Roman" w:cs="Times New Roman"/>
                <w:color w:val="auto"/>
                <w:spacing w:val="-12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 xml:space="preserve">незнакомыми </w:t>
            </w:r>
            <w:r w:rsidRPr="00B05D18">
              <w:rPr>
                <w:rFonts w:eastAsia="Times New Roman" w:cs="Times New Roman"/>
                <w:color w:val="auto"/>
                <w:spacing w:val="-2"/>
                <w:sz w:val="28"/>
                <w:szCs w:val="28"/>
                <w:lang w:val="ru-RU"/>
              </w:rPr>
              <w:t>людьми»</w:t>
            </w:r>
          </w:p>
          <w:p w:rsidR="00EF5271" w:rsidRDefault="00B05D18" w:rsidP="00B05D18">
            <w:pPr>
              <w:widowControl w:val="0"/>
              <w:tabs>
                <w:tab w:val="left" w:pos="287"/>
              </w:tabs>
              <w:autoSpaceDE w:val="0"/>
              <w:autoSpaceDN w:val="0"/>
              <w:spacing w:after="0" w:line="240" w:lineRule="auto"/>
              <w:ind w:right="893"/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</w:pPr>
            <w:r w:rsidRPr="00C944AA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 xml:space="preserve">  -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«Как</w:t>
            </w:r>
            <w:r w:rsidRPr="00B05D18">
              <w:rPr>
                <w:rFonts w:eastAsia="Times New Roman" w:cs="Times New Roman"/>
                <w:color w:val="auto"/>
                <w:spacing w:val="-13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разрешить</w:t>
            </w:r>
            <w:r w:rsidRPr="00B05D18">
              <w:rPr>
                <w:rFonts w:eastAsia="Times New Roman" w:cs="Times New Roman"/>
                <w:color w:val="auto"/>
                <w:spacing w:val="-12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конфликты мирным</w:t>
            </w:r>
            <w:r w:rsidR="00EF5271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</w:p>
          <w:p w:rsidR="00B05D18" w:rsidRPr="00B05D18" w:rsidRDefault="00EF5271" w:rsidP="00B05D18">
            <w:pPr>
              <w:widowControl w:val="0"/>
              <w:tabs>
                <w:tab w:val="left" w:pos="287"/>
              </w:tabs>
              <w:autoSpaceDE w:val="0"/>
              <w:autoSpaceDN w:val="0"/>
              <w:spacing w:after="0" w:line="240" w:lineRule="auto"/>
              <w:ind w:right="893"/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 xml:space="preserve">     </w:t>
            </w:r>
            <w:r w:rsidR="00B05D18"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путем?»</w:t>
            </w:r>
          </w:p>
          <w:p w:rsidR="00075AB4" w:rsidRPr="00EF5271" w:rsidRDefault="00B05D18" w:rsidP="00EF5271">
            <w:pPr>
              <w:widowControl w:val="0"/>
              <w:tabs>
                <w:tab w:val="left" w:pos="287"/>
              </w:tabs>
              <w:autoSpaceDE w:val="0"/>
              <w:autoSpaceDN w:val="0"/>
              <w:spacing w:after="0" w:line="240" w:lineRule="auto"/>
              <w:ind w:left="107" w:right="505"/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</w:pPr>
            <w:r w:rsidRPr="00C944AA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 xml:space="preserve">-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«Отношения</w:t>
            </w:r>
            <w:r w:rsidRPr="00B05D18">
              <w:rPr>
                <w:rFonts w:eastAsia="Times New Roman" w:cs="Times New Roman"/>
                <w:color w:val="auto"/>
                <w:spacing w:val="-10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между</w:t>
            </w:r>
            <w:r w:rsidRPr="00B05D18">
              <w:rPr>
                <w:rFonts w:eastAsia="Times New Roman" w:cs="Times New Roman"/>
                <w:color w:val="auto"/>
                <w:spacing w:val="-10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>мальчика</w:t>
            </w:r>
            <w:r w:rsidRPr="00B05D18">
              <w:rPr>
                <w:rFonts w:eastAsia="Times New Roman" w:cs="Times New Roman"/>
                <w:color w:val="auto"/>
                <w:spacing w:val="-11"/>
                <w:sz w:val="28"/>
                <w:szCs w:val="28"/>
                <w:lang w:val="ru-RU"/>
              </w:rPr>
              <w:t xml:space="preserve"> </w:t>
            </w:r>
            <w:r w:rsidRPr="00B05D18"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  <w:t xml:space="preserve">и </w:t>
            </w:r>
            <w:r w:rsidRPr="00B05D18">
              <w:rPr>
                <w:rFonts w:eastAsia="Times New Roman" w:cs="Times New Roman"/>
                <w:color w:val="auto"/>
                <w:spacing w:val="-2"/>
                <w:sz w:val="28"/>
                <w:szCs w:val="28"/>
                <w:lang w:val="ru-RU"/>
              </w:rPr>
              <w:t>девочками»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05D18" w:rsidRDefault="00B05D18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  <w:p w:rsidR="00B05D18" w:rsidRDefault="00B05D18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075AB4" w:rsidRDefault="00B05D18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075AB4" w:rsidRPr="005F22E5" w:rsidRDefault="00323308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К</w:t>
            </w:r>
            <w:r w:rsidR="00526749" w:rsidRPr="00075AB4">
              <w:rPr>
                <w:rFonts w:cs="Times New Roman"/>
                <w:sz w:val="28"/>
                <w:szCs w:val="28"/>
                <w:lang w:val="ru-RU"/>
              </w:rPr>
              <w:t>лассные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526749" w:rsidRPr="00075AB4">
              <w:rPr>
                <w:rFonts w:cs="Times New Roman"/>
                <w:sz w:val="28"/>
                <w:szCs w:val="28"/>
                <w:lang w:val="ru-RU"/>
              </w:rPr>
              <w:t>руководители</w:t>
            </w:r>
            <w:r w:rsidR="00526749">
              <w:rPr>
                <w:rFonts w:cs="Times New Roman"/>
                <w:sz w:val="28"/>
                <w:szCs w:val="28"/>
                <w:lang w:val="ru-RU"/>
              </w:rPr>
              <w:t>, педагог психолог</w:t>
            </w:r>
          </w:p>
        </w:tc>
      </w:tr>
      <w:tr w:rsidR="00EF5271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F5271" w:rsidRPr="0096109F" w:rsidRDefault="0096109F" w:rsidP="00B05D1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Классный час «</w:t>
            </w:r>
            <w:r w:rsidRPr="0096109F">
              <w:rPr>
                <w:sz w:val="28"/>
                <w:szCs w:val="28"/>
                <w:lang w:val="ru-RU"/>
              </w:rPr>
              <w:t>Правила поведения в школе</w:t>
            </w:r>
            <w:r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F5271" w:rsidRDefault="0096109F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F5271" w:rsidRPr="00075AB4" w:rsidRDefault="0096109F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По необходимости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F5271" w:rsidRPr="00075AB4" w:rsidRDefault="0096109F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Классные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>руководители</w:t>
            </w:r>
            <w:r>
              <w:rPr>
                <w:rFonts w:cs="Times New Roman"/>
                <w:sz w:val="28"/>
                <w:szCs w:val="28"/>
                <w:lang w:val="ru-RU"/>
              </w:rPr>
              <w:t>, соц.</w:t>
            </w:r>
            <w:r w:rsidR="00F2493C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>педагог</w:t>
            </w:r>
          </w:p>
        </w:tc>
      </w:tr>
      <w:tr w:rsidR="000C2A05" w:rsidRPr="00D06CDD" w:rsidTr="00EE320C">
        <w:trPr>
          <w:trHeight w:val="17"/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118D9" w:rsidRDefault="008E47B8" w:rsidP="008118D9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 w:rsidRPr="008E47B8">
              <w:rPr>
                <w:sz w:val="28"/>
                <w:szCs w:val="28"/>
                <w:lang w:val="ru-RU"/>
              </w:rPr>
              <w:t>Безопасность в сети Интернет</w:t>
            </w:r>
            <w:r w:rsidR="008118D9">
              <w:rPr>
                <w:sz w:val="28"/>
                <w:szCs w:val="28"/>
                <w:lang w:val="ru-RU"/>
              </w:rPr>
              <w:t xml:space="preserve">. </w:t>
            </w:r>
            <w:r w:rsidRPr="008E47B8">
              <w:rPr>
                <w:sz w:val="28"/>
                <w:szCs w:val="28"/>
                <w:lang w:val="ru-RU"/>
              </w:rPr>
              <w:t xml:space="preserve">Пароли, личные данные, незнакомцы в сети, </w:t>
            </w:r>
            <w:r w:rsidRPr="008E47B8">
              <w:rPr>
                <w:sz w:val="28"/>
                <w:szCs w:val="28"/>
                <w:lang w:val="ru-RU"/>
              </w:rPr>
              <w:lastRenderedPageBreak/>
              <w:t>кибермошенничество</w:t>
            </w:r>
            <w:r w:rsidR="008118D9">
              <w:rPr>
                <w:sz w:val="28"/>
                <w:szCs w:val="28"/>
                <w:lang w:val="ru-RU"/>
              </w:rPr>
              <w:t>:</w:t>
            </w:r>
            <w:r w:rsidRPr="008E47B8">
              <w:rPr>
                <w:sz w:val="28"/>
                <w:szCs w:val="28"/>
                <w:lang w:val="ru-RU"/>
              </w:rPr>
              <w:tab/>
            </w:r>
          </w:p>
          <w:p w:rsidR="008E47B8" w:rsidRPr="008E47B8" w:rsidRDefault="008118D9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E47B8" w:rsidRPr="008E47B8">
              <w:rPr>
                <w:sz w:val="28"/>
                <w:szCs w:val="28"/>
                <w:lang w:val="ru-RU"/>
              </w:rPr>
              <w:t>«Что нельзя рассказывать в интернете»</w:t>
            </w:r>
          </w:p>
          <w:p w:rsidR="008118D9" w:rsidRDefault="008118D9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«</w:t>
            </w:r>
            <w:r w:rsidR="008E47B8" w:rsidRPr="008E47B8">
              <w:rPr>
                <w:sz w:val="28"/>
                <w:szCs w:val="28"/>
                <w:lang w:val="ru-RU"/>
              </w:rPr>
              <w:t>Осторожно: незнакомец</w:t>
            </w:r>
            <w:r>
              <w:rPr>
                <w:sz w:val="28"/>
                <w:szCs w:val="28"/>
                <w:lang w:val="ru-RU"/>
              </w:rPr>
              <w:t>»</w:t>
            </w:r>
          </w:p>
          <w:p w:rsidR="008118D9" w:rsidRDefault="008118D9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«</w:t>
            </w:r>
            <w:r w:rsidR="008E47B8" w:rsidRPr="008E47B8">
              <w:rPr>
                <w:sz w:val="28"/>
                <w:szCs w:val="28"/>
                <w:lang w:val="ru-RU"/>
              </w:rPr>
              <w:t>Поведение при встрече с незнакомыми людьми</w:t>
            </w:r>
            <w:r>
              <w:rPr>
                <w:sz w:val="28"/>
                <w:szCs w:val="28"/>
                <w:lang w:val="ru-RU"/>
              </w:rPr>
              <w:t>»</w:t>
            </w:r>
          </w:p>
          <w:p w:rsidR="008E47B8" w:rsidRPr="008E47B8" w:rsidRDefault="008118D9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E47B8" w:rsidRPr="008E47B8">
              <w:rPr>
                <w:sz w:val="28"/>
                <w:szCs w:val="28"/>
                <w:lang w:val="ru-RU"/>
              </w:rPr>
              <w:t>Правило «не иду, не беру, не говорю»</w:t>
            </w:r>
          </w:p>
          <w:p w:rsidR="008118D9" w:rsidRPr="005B2A12" w:rsidRDefault="008118D9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16"/>
                <w:szCs w:val="28"/>
                <w:lang w:val="ru-RU"/>
              </w:rPr>
            </w:pPr>
          </w:p>
          <w:p w:rsidR="008118D9" w:rsidRDefault="008E47B8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 w:rsidRPr="008E47B8">
              <w:rPr>
                <w:sz w:val="28"/>
                <w:szCs w:val="28"/>
                <w:lang w:val="ru-RU"/>
              </w:rPr>
              <w:t>Пожарная безопасность</w:t>
            </w:r>
            <w:r w:rsidR="008118D9">
              <w:rPr>
                <w:sz w:val="28"/>
                <w:szCs w:val="28"/>
                <w:lang w:val="ru-RU"/>
              </w:rPr>
              <w:t xml:space="preserve">. </w:t>
            </w:r>
            <w:r w:rsidRPr="008E47B8">
              <w:rPr>
                <w:sz w:val="28"/>
                <w:szCs w:val="28"/>
                <w:lang w:val="ru-RU"/>
              </w:rPr>
              <w:t>Причины пожаров, правила эвакуации, телефоны экстренных служб</w:t>
            </w:r>
            <w:r w:rsidR="008118D9">
              <w:rPr>
                <w:sz w:val="28"/>
                <w:szCs w:val="28"/>
                <w:lang w:val="ru-RU"/>
              </w:rPr>
              <w:t>:</w:t>
            </w:r>
          </w:p>
          <w:p w:rsidR="008E47B8" w:rsidRDefault="008118D9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«</w:t>
            </w:r>
            <w:r w:rsidR="008E47B8" w:rsidRPr="008E47B8">
              <w:rPr>
                <w:sz w:val="28"/>
                <w:szCs w:val="28"/>
                <w:lang w:val="ru-RU"/>
              </w:rPr>
              <w:t>Правила обращения с огнём</w:t>
            </w:r>
            <w:r>
              <w:rPr>
                <w:sz w:val="28"/>
                <w:szCs w:val="28"/>
                <w:lang w:val="ru-RU"/>
              </w:rPr>
              <w:t>»</w:t>
            </w:r>
          </w:p>
          <w:p w:rsidR="008118D9" w:rsidRDefault="00721B2D" w:rsidP="007107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«</w:t>
            </w:r>
            <w:r w:rsidRPr="008E47B8">
              <w:rPr>
                <w:sz w:val="28"/>
                <w:szCs w:val="28"/>
                <w:lang w:val="ru-RU"/>
              </w:rPr>
              <w:t>Безопасный Новый год</w:t>
            </w:r>
            <w:r>
              <w:rPr>
                <w:sz w:val="28"/>
                <w:szCs w:val="28"/>
                <w:lang w:val="ru-RU"/>
              </w:rPr>
              <w:t>.</w:t>
            </w:r>
            <w:r w:rsidR="00CF4E96">
              <w:rPr>
                <w:sz w:val="28"/>
                <w:szCs w:val="28"/>
                <w:lang w:val="ru-RU"/>
              </w:rPr>
              <w:t xml:space="preserve"> </w:t>
            </w:r>
            <w:r w:rsidRPr="008E47B8">
              <w:rPr>
                <w:sz w:val="28"/>
                <w:szCs w:val="28"/>
                <w:lang w:val="ru-RU"/>
              </w:rPr>
              <w:t>Ёлки, гирлянды, хлопушки, петарды, фейерверки</w:t>
            </w:r>
            <w:r w:rsidR="00CF4E96">
              <w:rPr>
                <w:sz w:val="28"/>
                <w:szCs w:val="28"/>
                <w:lang w:val="ru-RU"/>
              </w:rPr>
              <w:t xml:space="preserve">. </w:t>
            </w:r>
            <w:r w:rsidRPr="008E47B8">
              <w:rPr>
                <w:sz w:val="28"/>
                <w:szCs w:val="28"/>
                <w:lang w:val="ru-RU"/>
              </w:rPr>
              <w:t>Почему пиротехника опасна</w:t>
            </w:r>
            <w:r w:rsidR="00CF4E96">
              <w:rPr>
                <w:sz w:val="28"/>
                <w:szCs w:val="28"/>
                <w:lang w:val="ru-RU"/>
              </w:rPr>
              <w:t>.</w:t>
            </w:r>
          </w:p>
          <w:p w:rsidR="001C377A" w:rsidRDefault="001C377A" w:rsidP="007107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8E47B8">
              <w:rPr>
                <w:sz w:val="28"/>
                <w:szCs w:val="28"/>
                <w:lang w:val="ru-RU"/>
              </w:rPr>
              <w:t>Безопасность на зимних каникулах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:rsidR="001C377A" w:rsidRPr="005B2A12" w:rsidRDefault="001C377A" w:rsidP="001C377A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28"/>
                <w:lang w:val="ru-RU"/>
              </w:rPr>
            </w:pPr>
          </w:p>
          <w:p w:rsidR="001C377A" w:rsidRDefault="008E47B8" w:rsidP="001C377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 w:rsidRPr="008E47B8">
              <w:rPr>
                <w:sz w:val="28"/>
                <w:szCs w:val="28"/>
                <w:lang w:val="ru-RU"/>
              </w:rPr>
              <w:t>Безопасность на водоёмах осенью и зимой</w:t>
            </w:r>
            <w:r w:rsidR="0084543A">
              <w:rPr>
                <w:sz w:val="28"/>
                <w:szCs w:val="28"/>
                <w:lang w:val="ru-RU"/>
              </w:rPr>
              <w:t xml:space="preserve">. </w:t>
            </w:r>
            <w:r w:rsidRPr="008E47B8">
              <w:rPr>
                <w:sz w:val="28"/>
                <w:szCs w:val="28"/>
                <w:lang w:val="ru-RU"/>
              </w:rPr>
              <w:t>Тонкий лёд, запрет выхода на лёд, помощь при опасности</w:t>
            </w:r>
            <w:r w:rsidR="0084543A">
              <w:rPr>
                <w:sz w:val="28"/>
                <w:szCs w:val="28"/>
                <w:lang w:val="ru-RU"/>
              </w:rPr>
              <w:t xml:space="preserve">. </w:t>
            </w:r>
            <w:r w:rsidRPr="008E47B8">
              <w:rPr>
                <w:sz w:val="28"/>
                <w:szCs w:val="28"/>
                <w:lang w:val="ru-RU"/>
              </w:rPr>
              <w:t>Почему лёд опасен</w:t>
            </w:r>
            <w:r w:rsidR="0084543A">
              <w:rPr>
                <w:sz w:val="28"/>
                <w:szCs w:val="28"/>
                <w:lang w:val="ru-RU"/>
              </w:rPr>
              <w:t xml:space="preserve">. </w:t>
            </w:r>
          </w:p>
          <w:p w:rsidR="001C377A" w:rsidRPr="005B2A12" w:rsidRDefault="001C377A" w:rsidP="001C377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16"/>
                <w:szCs w:val="28"/>
                <w:lang w:val="ru-RU"/>
              </w:rPr>
            </w:pPr>
          </w:p>
          <w:p w:rsidR="001C377A" w:rsidRPr="008E47B8" w:rsidRDefault="001C377A" w:rsidP="00A01AE2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E47B8" w:rsidRPr="008E47B8">
              <w:rPr>
                <w:sz w:val="28"/>
                <w:szCs w:val="28"/>
                <w:lang w:val="ru-RU"/>
              </w:rPr>
              <w:t>Памятка «Каникулы без опасности»</w:t>
            </w:r>
          </w:p>
          <w:p w:rsidR="001C377A" w:rsidRDefault="008E47B8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 w:rsidRPr="008E47B8">
              <w:rPr>
                <w:sz w:val="28"/>
                <w:szCs w:val="28"/>
                <w:lang w:val="ru-RU"/>
              </w:rPr>
              <w:t>Осторожно: мошенники</w:t>
            </w:r>
          </w:p>
          <w:p w:rsidR="001C377A" w:rsidRDefault="001C377A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E47B8" w:rsidRPr="008E47B8">
              <w:rPr>
                <w:sz w:val="28"/>
                <w:szCs w:val="28"/>
                <w:lang w:val="ru-RU"/>
              </w:rPr>
              <w:t>Телефонные звонки, сообщения, просьбы перевести деньги</w:t>
            </w:r>
            <w:r w:rsidR="008E47B8" w:rsidRPr="008E47B8">
              <w:rPr>
                <w:sz w:val="28"/>
                <w:szCs w:val="28"/>
                <w:lang w:val="ru-RU"/>
              </w:rPr>
              <w:tab/>
            </w:r>
          </w:p>
          <w:p w:rsidR="001C377A" w:rsidRDefault="001C377A" w:rsidP="00430AD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E47B8" w:rsidRPr="008E47B8">
              <w:rPr>
                <w:sz w:val="28"/>
                <w:szCs w:val="28"/>
                <w:lang w:val="ru-RU"/>
              </w:rPr>
              <w:t>«Не сообщай коды и пароли»</w:t>
            </w:r>
          </w:p>
          <w:p w:rsidR="00430ADC" w:rsidRPr="005B2A12" w:rsidRDefault="00430ADC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16"/>
                <w:szCs w:val="28"/>
                <w:lang w:val="ru-RU"/>
              </w:rPr>
            </w:pPr>
          </w:p>
          <w:p w:rsidR="00430ADC" w:rsidRDefault="008E47B8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 w:rsidRPr="008E47B8">
              <w:rPr>
                <w:sz w:val="28"/>
                <w:szCs w:val="28"/>
                <w:lang w:val="ru-RU"/>
              </w:rPr>
              <w:t>Как вернуться в учебный режим после каникул</w:t>
            </w:r>
          </w:p>
          <w:p w:rsidR="00430ADC" w:rsidRDefault="00430ADC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E47B8" w:rsidRPr="008E47B8">
              <w:rPr>
                <w:sz w:val="28"/>
                <w:szCs w:val="28"/>
                <w:lang w:val="ru-RU"/>
              </w:rPr>
              <w:t>Режим дня, сон, питание, планирование</w:t>
            </w:r>
          </w:p>
          <w:p w:rsidR="008E47B8" w:rsidRPr="008E47B8" w:rsidRDefault="00430ADC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E47B8" w:rsidRPr="008E47B8">
              <w:rPr>
                <w:sz w:val="28"/>
                <w:szCs w:val="28"/>
                <w:lang w:val="ru-RU"/>
              </w:rPr>
              <w:t>Мой режим дня</w:t>
            </w:r>
          </w:p>
          <w:p w:rsidR="00430ADC" w:rsidRPr="0066238C" w:rsidRDefault="00430ADC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16"/>
                <w:szCs w:val="28"/>
                <w:lang w:val="ru-RU"/>
              </w:rPr>
            </w:pPr>
          </w:p>
          <w:p w:rsidR="00430ADC" w:rsidRDefault="008E47B8" w:rsidP="008E47B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sz w:val="28"/>
                <w:szCs w:val="28"/>
                <w:lang w:val="ru-RU"/>
              </w:rPr>
            </w:pPr>
            <w:r w:rsidRPr="008E47B8">
              <w:rPr>
                <w:sz w:val="28"/>
                <w:szCs w:val="28"/>
                <w:lang w:val="ru-RU"/>
              </w:rPr>
              <w:t>Эмоции под контролем</w:t>
            </w:r>
            <w:r w:rsidR="00430ADC">
              <w:rPr>
                <w:sz w:val="28"/>
                <w:szCs w:val="28"/>
                <w:lang w:val="ru-RU"/>
              </w:rPr>
              <w:t>.</w:t>
            </w:r>
          </w:p>
          <w:p w:rsidR="00430ADC" w:rsidRPr="008C41D8" w:rsidRDefault="00430ADC" w:rsidP="00430ADC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8C41D8">
              <w:rPr>
                <w:sz w:val="22"/>
                <w:szCs w:val="28"/>
                <w:lang w:val="ru-RU"/>
              </w:rPr>
              <w:t>З</w:t>
            </w:r>
            <w:r w:rsidR="008E47B8" w:rsidRPr="008C41D8">
              <w:rPr>
                <w:sz w:val="22"/>
                <w:szCs w:val="28"/>
                <w:lang w:val="ru-RU"/>
              </w:rPr>
              <w:t>лость, страх, обида, способы успокоиться</w:t>
            </w:r>
          </w:p>
          <w:p w:rsidR="00EE320C" w:rsidRPr="00EE320C" w:rsidRDefault="00430ADC" w:rsidP="00430ADC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8"/>
                <w:lang w:val="ru-RU"/>
              </w:rPr>
            </w:pPr>
            <w:r w:rsidRPr="008C41D8">
              <w:rPr>
                <w:sz w:val="22"/>
                <w:szCs w:val="28"/>
                <w:lang w:val="ru-RU"/>
              </w:rPr>
              <w:t xml:space="preserve">- </w:t>
            </w:r>
            <w:r w:rsidR="008E47B8" w:rsidRPr="008C41D8">
              <w:rPr>
                <w:sz w:val="22"/>
                <w:szCs w:val="28"/>
                <w:lang w:val="ru-RU"/>
              </w:rPr>
              <w:t>Учимся мириться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0C2A05" w:rsidRDefault="00704165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1-4</w:t>
            </w:r>
          </w:p>
          <w:p w:rsidR="001C7FE0" w:rsidRDefault="001C7FE0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  <w:p w:rsidR="00102D4C" w:rsidRDefault="00102D4C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02D4C" w:rsidRDefault="00102D4C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02D4C" w:rsidRDefault="00102D4C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710730" w:rsidRDefault="00710730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710730" w:rsidRDefault="00710730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B05D1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02D4C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  <w:p w:rsidR="001C377A" w:rsidRDefault="001C377A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02D4C" w:rsidRDefault="001C377A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  <w:p w:rsidR="00021890" w:rsidRDefault="00021890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406330" w:rsidP="00102D4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1-4</w:t>
            </w:r>
          </w:p>
          <w:p w:rsidR="00021890" w:rsidRDefault="00021890" w:rsidP="0002189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0C2A05" w:rsidRDefault="00FF5FCF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1 раз в четверть</w:t>
            </w:r>
          </w:p>
          <w:p w:rsidR="001C7FE0" w:rsidRDefault="001C7FE0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813C3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C7FE0" w:rsidP="006C33B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C7FE0" w:rsidRDefault="00102D4C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До каникулярно</w:t>
            </w:r>
            <w:r w:rsidR="0005316A">
              <w:rPr>
                <w:rFonts w:cs="Times New Roman"/>
                <w:sz w:val="28"/>
                <w:szCs w:val="28"/>
                <w:lang w:val="ru-RU"/>
              </w:rPr>
              <w:t>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времени</w:t>
            </w:r>
          </w:p>
          <w:p w:rsidR="00102D4C" w:rsidRDefault="00102D4C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02D4C" w:rsidRDefault="00102D4C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710730" w:rsidRDefault="00710730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710730" w:rsidRDefault="00710730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02D4C" w:rsidRDefault="00102D4C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Осень-зима-весна</w:t>
            </w:r>
          </w:p>
          <w:p w:rsidR="001C377A" w:rsidRDefault="001C377A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Каникулярное время</w:t>
            </w:r>
          </w:p>
          <w:p w:rsidR="00021890" w:rsidRDefault="00021890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40633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021890" w:rsidP="001C7FE0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21890" w:rsidRDefault="00406330" w:rsidP="0002189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Начало учебного год</w:t>
            </w:r>
            <w:r w:rsidR="00EE320C">
              <w:rPr>
                <w:rFonts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2493C" w:rsidRDefault="00F2493C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C2A05" w:rsidRDefault="00F2493C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Классные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>руководители</w:t>
            </w:r>
            <w:r>
              <w:rPr>
                <w:rFonts w:cs="Times New Roman"/>
                <w:sz w:val="28"/>
                <w:szCs w:val="28"/>
                <w:lang w:val="ru-RU"/>
              </w:rPr>
              <w:t>, соц. педагог</w:t>
            </w:r>
          </w:p>
          <w:p w:rsidR="006C33BB" w:rsidRDefault="006C33BB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C33BB" w:rsidRDefault="006C33BB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C33BB" w:rsidRDefault="006C33BB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C33BB" w:rsidRDefault="006C33BB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C33BB" w:rsidRDefault="006C33BB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C33BB" w:rsidRDefault="006C33BB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C33BB" w:rsidRDefault="006C33BB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C33BB" w:rsidRDefault="006C33BB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Классные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>руководители</w:t>
            </w:r>
          </w:p>
          <w:p w:rsidR="00102D4C" w:rsidRDefault="00102D4C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02D4C" w:rsidRDefault="00102D4C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02D4C" w:rsidRDefault="00102D4C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710730" w:rsidRDefault="00710730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710730" w:rsidRDefault="00710730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02D4C" w:rsidRDefault="00102D4C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Классные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>руководители</w:t>
            </w:r>
          </w:p>
          <w:p w:rsidR="001C377A" w:rsidRDefault="001C377A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Default="001C377A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Классные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>руководители</w:t>
            </w:r>
          </w:p>
          <w:p w:rsidR="005B2A12" w:rsidRDefault="005B2A12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B2A12" w:rsidRDefault="005B2A12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B2A12" w:rsidRDefault="005B2A12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B2A12" w:rsidRDefault="005B2A12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B2A12" w:rsidRDefault="005B2A12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Классные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>руководители</w:t>
            </w:r>
            <w:r>
              <w:rPr>
                <w:rFonts w:cs="Times New Roman"/>
                <w:sz w:val="28"/>
                <w:szCs w:val="28"/>
                <w:lang w:val="ru-RU"/>
              </w:rPr>
              <w:t>, педагог психолог</w:t>
            </w:r>
          </w:p>
          <w:p w:rsidR="005B2A12" w:rsidRDefault="005B2A12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B2A12" w:rsidRDefault="005B2A12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406330" w:rsidRDefault="00406330" w:rsidP="0040633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075AB4">
              <w:rPr>
                <w:rFonts w:cs="Times New Roman"/>
                <w:sz w:val="28"/>
                <w:szCs w:val="28"/>
                <w:lang w:val="ru-RU"/>
              </w:rPr>
              <w:t>Классные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075AB4">
              <w:rPr>
                <w:rFonts w:cs="Times New Roman"/>
                <w:sz w:val="28"/>
                <w:szCs w:val="28"/>
                <w:lang w:val="ru-RU"/>
              </w:rPr>
              <w:t>руководители</w:t>
            </w:r>
            <w:r>
              <w:rPr>
                <w:rFonts w:cs="Times New Roman"/>
                <w:sz w:val="28"/>
                <w:szCs w:val="28"/>
                <w:lang w:val="ru-RU"/>
              </w:rPr>
              <w:t>, педагог психолог</w:t>
            </w:r>
          </w:p>
          <w:p w:rsidR="005B2A12" w:rsidRDefault="005B2A12" w:rsidP="0052674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1C377A" w:rsidRPr="00075AB4" w:rsidRDefault="001C377A" w:rsidP="0040633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</w:tbl>
    <w:p w:rsidR="00E9310D" w:rsidRPr="00157C46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157C46">
        <w:rPr>
          <w:rFonts w:cs="Times New Roman"/>
          <w:b/>
          <w:color w:val="FF0000"/>
          <w:sz w:val="28"/>
          <w:szCs w:val="28"/>
          <w:lang w:val="ru-RU"/>
        </w:rPr>
        <w:lastRenderedPageBreak/>
        <w:t xml:space="preserve">1.9. </w:t>
      </w:r>
      <w:r w:rsidRPr="00157C46">
        <w:rPr>
          <w:rFonts w:cs="Times New Roman"/>
          <w:color w:val="FF0000"/>
          <w:sz w:val="28"/>
          <w:szCs w:val="28"/>
          <w:lang w:val="ru-RU"/>
        </w:rPr>
        <w:t>Модуль 9. «Организация предметно-пространственной среды, внешкольные мероприятия, партнерство, одаренные дети»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B624C6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>Ответственные лица и партнерские организации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Оформление классных уголков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19 сентября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Оформление тематических выставок рисунков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Тематические выставки в школьной библиотеке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 - май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Педагог-библиотекарь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Выставка Новогодних плакатов, к Дню Победы и др.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 календарю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Новогоднее оформление кабинетов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 15 декабря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Выставка плакатов «Помним. Гордимся. Чтим»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 20 апреля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Вожатая,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Внешкольные тематические мероприятия воспитательной направленности, недели по предметам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руководители, учителя-предметники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Социальное партнерство: участие представителей организаций-партнеров в мероприятиях и уроках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1-4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Диагностика «Выявление одаренных детей». ВсОШ (4 класс), спортивные соревнования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2-4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 - октябрь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E9310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F326E" w:rsidRDefault="004F326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F326E" w:rsidRDefault="004F326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F326E" w:rsidRDefault="004F326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F326E" w:rsidRDefault="004F326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F326E" w:rsidRDefault="004F326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F326E" w:rsidRDefault="004F326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8E0B1F" w:rsidRDefault="008E0B1F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F326E" w:rsidRDefault="004F326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F326E" w:rsidRDefault="004F326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F326E" w:rsidRPr="00D06CDD" w:rsidRDefault="004F326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4F326E" w:rsidRDefault="003474AC" w:rsidP="00D06CDD">
      <w:pPr>
        <w:keepNext/>
        <w:spacing w:before="280" w:after="0" w:line="240" w:lineRule="auto"/>
        <w:rPr>
          <w:rFonts w:cs="Times New Roman"/>
          <w:b/>
          <w:color w:val="1B365D"/>
          <w:sz w:val="28"/>
          <w:szCs w:val="28"/>
          <w:lang w:val="ru-RU"/>
        </w:rPr>
      </w:pPr>
      <w:r w:rsidRPr="00D06CDD">
        <w:rPr>
          <w:rFonts w:cs="Times New Roman"/>
          <w:b/>
          <w:color w:val="1B365D"/>
          <w:sz w:val="28"/>
          <w:szCs w:val="28"/>
          <w:lang w:val="ru-RU"/>
        </w:rPr>
        <w:lastRenderedPageBreak/>
        <w:t xml:space="preserve">РАЗДЕЛ </w:t>
      </w:r>
      <w:r w:rsidRPr="00D06CDD">
        <w:rPr>
          <w:rFonts w:cs="Times New Roman"/>
          <w:b/>
          <w:color w:val="1B365D"/>
          <w:sz w:val="28"/>
          <w:szCs w:val="28"/>
        </w:rPr>
        <w:t>II</w:t>
      </w:r>
      <w:r w:rsidRPr="00D06CDD">
        <w:rPr>
          <w:rFonts w:cs="Times New Roman"/>
          <w:b/>
          <w:color w:val="1B365D"/>
          <w:sz w:val="28"/>
          <w:szCs w:val="28"/>
          <w:lang w:val="ru-RU"/>
        </w:rPr>
        <w:t>. ОСНОВНАЯ ШКОЛА (5–9 КЛАССЫ)</w:t>
      </w:r>
    </w:p>
    <w:p w:rsidR="00E9310D" w:rsidRPr="00073DF3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</w:rPr>
      </w:pPr>
      <w:r w:rsidRPr="00073DF3">
        <w:rPr>
          <w:rFonts w:cs="Times New Roman"/>
          <w:b/>
          <w:color w:val="FF0000"/>
          <w:sz w:val="28"/>
          <w:szCs w:val="28"/>
        </w:rPr>
        <w:t xml:space="preserve">2.1. </w:t>
      </w:r>
      <w:r w:rsidRPr="00073DF3">
        <w:rPr>
          <w:rFonts w:cs="Times New Roman"/>
          <w:color w:val="FF0000"/>
          <w:sz w:val="28"/>
          <w:szCs w:val="28"/>
        </w:rPr>
        <w:t>Модуль 1. «Общешкольные праздники»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Торжественная линейка «День Знаний»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1524E0" w:rsidRDefault="001524E0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 1-х и 11-х классов, зам. директора по ВР, советник директора, учитель музыки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Классный час «</w:t>
            </w:r>
            <w:r w:rsidR="00ED2A58">
              <w:rPr>
                <w:rFonts w:cs="Times New Roman"/>
                <w:sz w:val="28"/>
                <w:szCs w:val="28"/>
                <w:lang w:val="ru-RU"/>
              </w:rPr>
              <w:t>Единство народов России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». Всероссийский открытый урок культуры безопасности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Подъем Флага РФ и исполнение Гимна РФ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Каждый 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Директор школы, зам. директора по ВР, вожатые,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Акция, посвященная памяти жертв трагедии в Беслане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Вожатые,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Президентские спортивные игры (Школьный и муниципальный этап)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Учителя физкультуры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Президентские состязания (Школьный и муниципальный этап)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Учителя физкультуры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учителя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Самохлеб М.М. Телегин С.М. (орг. 9а кл.)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«День Самоуправления» ко дню учителя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 октября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казачьей воинской славы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 октября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Советник по воспитанию,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символов Ростовской области: герба, флага и гимна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28 октября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9A1078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9A1078">
              <w:rPr>
                <w:rFonts w:cs="Times New Roman"/>
                <w:sz w:val="28"/>
                <w:szCs w:val="28"/>
                <w:lang w:val="ru-RU"/>
              </w:rPr>
              <w:t>Учителя истории, классные руководители</w:t>
            </w:r>
            <w:r w:rsidR="009A1078">
              <w:rPr>
                <w:rFonts w:cs="Times New Roman"/>
                <w:sz w:val="28"/>
                <w:szCs w:val="28"/>
                <w:lang w:val="ru-RU"/>
              </w:rPr>
              <w:t>, советник, вожатые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Осенний бал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Гришкова С.П. (орг. 10а кл.)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Осенняя неделя добра</w:t>
            </w:r>
          </w:p>
          <w:p w:rsidR="0012755F" w:rsidRPr="00D06CDD" w:rsidRDefault="0012755F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Октябрь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CA274E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Вожатые</w:t>
            </w:r>
            <w:r w:rsidR="00CA274E">
              <w:rPr>
                <w:rFonts w:cs="Times New Roman"/>
                <w:sz w:val="28"/>
                <w:szCs w:val="28"/>
                <w:lang w:val="ru-RU"/>
              </w:rPr>
              <w:t>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Военно-патриотическая акция «Мы вместе»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550BA4" w:rsidRDefault="00550BA4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 раз в месяц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советник по воспитанию</w:t>
            </w:r>
            <w:r w:rsidR="004D1ADF">
              <w:rPr>
                <w:rFonts w:cs="Times New Roman"/>
                <w:sz w:val="28"/>
                <w:szCs w:val="28"/>
                <w:lang w:val="ru-RU"/>
              </w:rPr>
              <w:t xml:space="preserve">, зам. директора, </w:t>
            </w:r>
            <w:r w:rsidR="004D1ADF">
              <w:rPr>
                <w:rFonts w:cs="Times New Roman"/>
                <w:sz w:val="28"/>
                <w:szCs w:val="28"/>
                <w:lang w:val="ru-RU"/>
              </w:rPr>
              <w:lastRenderedPageBreak/>
              <w:t>руководители отрядов детских объединений,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День межнационального мира и согласия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 ноября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руководители, советник директора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Акция, посвященная «Всемирному дню ребенка»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13-20 ноября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Вожатые,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082F86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Общешкольное мероприятие «День благодарности матерям»</w:t>
            </w:r>
            <w:r w:rsidR="00082F86" w:rsidRPr="00D06CDD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  <w:p w:rsidR="00E9310D" w:rsidRPr="00D06CDD" w:rsidRDefault="00082F86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Всероссийский день матери </w:t>
            </w:r>
            <w:r>
              <w:rPr>
                <w:rFonts w:cs="Times New Roman"/>
                <w:sz w:val="28"/>
                <w:szCs w:val="28"/>
                <w:lang w:val="ru-RU"/>
              </w:rPr>
              <w:t>(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акция)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28</w:t>
            </w:r>
            <w:r w:rsidR="00D41889">
              <w:rPr>
                <w:rFonts w:cs="Times New Roman"/>
                <w:sz w:val="28"/>
                <w:szCs w:val="28"/>
                <w:lang w:val="ru-RU"/>
              </w:rPr>
              <w:t>-29</w:t>
            </w:r>
            <w:r w:rsidRPr="00D06CDD">
              <w:rPr>
                <w:rFonts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41889"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руководители, </w:t>
            </w:r>
            <w:r w:rsidR="00082F86">
              <w:rPr>
                <w:rFonts w:cs="Times New Roman"/>
                <w:sz w:val="28"/>
                <w:szCs w:val="28"/>
                <w:lang w:val="ru-RU"/>
              </w:rPr>
              <w:t>в</w:t>
            </w:r>
            <w:r w:rsidR="00082F86" w:rsidRPr="00D41889">
              <w:rPr>
                <w:rFonts w:cs="Times New Roman"/>
                <w:sz w:val="28"/>
                <w:szCs w:val="28"/>
                <w:lang w:val="ru-RU"/>
              </w:rPr>
              <w:t>ожатые</w:t>
            </w:r>
            <w:r w:rsidR="00082F86">
              <w:rPr>
                <w:rFonts w:cs="Times New Roman"/>
                <w:sz w:val="28"/>
                <w:szCs w:val="28"/>
                <w:lang w:val="ru-RU"/>
              </w:rPr>
              <w:t>,</w:t>
            </w:r>
          </w:p>
          <w:p w:rsidR="00082F86" w:rsidRPr="00082F86" w:rsidRDefault="00082F86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детских объединений</w:t>
            </w:r>
          </w:p>
        </w:tc>
      </w:tr>
      <w:tr w:rsidR="00D41889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41889" w:rsidRPr="00D06CDD" w:rsidRDefault="00D41889" w:rsidP="00D4188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Героев Отечества (Всероссийский юнармейский форум)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41889" w:rsidRPr="00D41889" w:rsidRDefault="00D41889" w:rsidP="00D4188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41889" w:rsidRPr="00D06CDD" w:rsidRDefault="00D41889" w:rsidP="00D4188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 декабря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41889" w:rsidRPr="00D06CDD" w:rsidRDefault="00D41889" w:rsidP="00D4188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руководитель юнармейского отряда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, учителя истории, Движение Первых</w:t>
            </w:r>
          </w:p>
        </w:tc>
      </w:tr>
      <w:tr w:rsidR="00C318DB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318DB" w:rsidRPr="004062B2" w:rsidRDefault="00C318DB" w:rsidP="00C318D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Новогодни</w:t>
            </w:r>
            <w:r>
              <w:rPr>
                <w:rFonts w:cs="Times New Roman"/>
                <w:sz w:val="28"/>
                <w:szCs w:val="28"/>
                <w:lang w:val="ru-RU"/>
              </w:rPr>
              <w:t>е</w:t>
            </w:r>
            <w:r w:rsidRPr="00D06CDD">
              <w:rPr>
                <w:rFonts w:cs="Times New Roman"/>
                <w:sz w:val="28"/>
                <w:szCs w:val="28"/>
              </w:rPr>
              <w:t xml:space="preserve"> представлени</w:t>
            </w:r>
            <w:r>
              <w:rPr>
                <w:rFonts w:cs="Times New Roman"/>
                <w:sz w:val="28"/>
                <w:szCs w:val="28"/>
                <w:lang w:val="ru-RU"/>
              </w:rPr>
              <w:t>я</w:t>
            </w:r>
            <w:r w:rsidR="004062B2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r w:rsidR="004062B2" w:rsidRPr="00D06CDD">
              <w:rPr>
                <w:rFonts w:cs="Times New Roman"/>
                <w:sz w:val="28"/>
                <w:szCs w:val="28"/>
              </w:rPr>
              <w:t>Новогодние Ёлки</w:t>
            </w:r>
            <w:r w:rsidR="004062B2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318DB" w:rsidRPr="00AF7C56" w:rsidRDefault="00C318DB" w:rsidP="00C318D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5-</w:t>
            </w:r>
            <w:r w:rsidR="00AF7C56">
              <w:rPr>
                <w:rFonts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318DB" w:rsidRPr="00D06CDD" w:rsidRDefault="004062B2" w:rsidP="00C318D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 xml:space="preserve">25-29 </w:t>
            </w:r>
            <w:r w:rsidR="00C318DB"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318DB" w:rsidRPr="00D06CDD" w:rsidRDefault="00C318DB" w:rsidP="00C318D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Вожатые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(орг. активисты 5-10 кл.)</w:t>
            </w:r>
            <w:r w:rsidR="00AF7C56">
              <w:rPr>
                <w:rFonts w:cs="Times New Roman"/>
                <w:sz w:val="28"/>
                <w:szCs w:val="28"/>
                <w:lang w:val="ru-RU"/>
              </w:rPr>
              <w:t>, учитель музыки</w:t>
            </w:r>
            <w:r w:rsidR="004062B2" w:rsidRPr="004062B2">
              <w:rPr>
                <w:rFonts w:cs="Times New Roman"/>
                <w:sz w:val="28"/>
                <w:szCs w:val="28"/>
                <w:lang w:val="ru-RU"/>
              </w:rPr>
              <w:t>, классные руководители</w:t>
            </w:r>
          </w:p>
        </w:tc>
      </w:tr>
      <w:tr w:rsidR="00C318DB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318DB" w:rsidRPr="00AF7C56" w:rsidRDefault="00AF7C56" w:rsidP="00C318D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Новогодний вечер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у ёлки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318DB" w:rsidRPr="00AF7C56" w:rsidRDefault="00AF7C56" w:rsidP="00C318D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318DB" w:rsidRPr="00AF7C56" w:rsidRDefault="00AF7C56" w:rsidP="00C318D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C318DB" w:rsidRPr="00D06CDD" w:rsidRDefault="00AF7C56" w:rsidP="00C318D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Фетисова Д.А. (орг. 9в кл.)</w:t>
            </w:r>
          </w:p>
        </w:tc>
      </w:tr>
      <w:tr w:rsidR="004062B2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4062B2" w:rsidRDefault="004062B2" w:rsidP="004062B2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Патриотическая акция «Патриот, помни эту дату!»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D06CDD" w:rsidRDefault="004062B2" w:rsidP="004062B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D06CDD" w:rsidRDefault="004062B2" w:rsidP="004062B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14.02.2026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4062B2" w:rsidRDefault="004062B2" w:rsidP="004062B2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Учителя истории, классные руководители, советник директора</w:t>
            </w:r>
          </w:p>
        </w:tc>
      </w:tr>
      <w:tr w:rsidR="004062B2" w:rsidRPr="004062B2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D06CDD" w:rsidRDefault="004062B2" w:rsidP="004062B2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юнармейцев в мероприятиях, посвященных 37-й годовщине вывода советских войск из Афганистана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4062B2" w:rsidRDefault="004062B2" w:rsidP="004062B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D06CDD" w:rsidRDefault="004062B2" w:rsidP="004062B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15 февраля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D06CDD" w:rsidRDefault="004062B2" w:rsidP="004062B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руководитель юнармейского отряда</w:t>
            </w:r>
          </w:p>
        </w:tc>
      </w:tr>
      <w:tr w:rsidR="004062B2" w:rsidRPr="004062B2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D06CDD" w:rsidRDefault="004062B2" w:rsidP="004062B2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Конкурс чтецов «Живая классика» Школьный этап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D06CDD" w:rsidRDefault="004062B2" w:rsidP="004062B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D06CDD" w:rsidRDefault="004062B2" w:rsidP="004062B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4062B2" w:rsidRPr="00D06CDD" w:rsidRDefault="004062B2" w:rsidP="004062B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Учителя литературы</w:t>
            </w:r>
          </w:p>
        </w:tc>
      </w:tr>
      <w:tr w:rsidR="00D75487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Акция «Письма солдату», сбор помощи военнослужащим (СВО)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Зам. директора по ВР,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D75487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Месячник военно-патриотической и оборонно-массовой работы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зам. </w:t>
            </w:r>
            <w:r w:rsidRPr="00752F68">
              <w:rPr>
                <w:rFonts w:cs="Times New Roman"/>
                <w:sz w:val="24"/>
                <w:szCs w:val="28"/>
                <w:lang w:val="ru-RU"/>
              </w:rPr>
              <w:t xml:space="preserve">директора по ВР, вожатые, учителя физ. </w:t>
            </w:r>
            <w:r w:rsidR="00752F68" w:rsidRPr="00752F68">
              <w:rPr>
                <w:rFonts w:cs="Times New Roman"/>
                <w:sz w:val="24"/>
                <w:szCs w:val="28"/>
                <w:lang w:val="ru-RU"/>
              </w:rPr>
              <w:t>к</w:t>
            </w:r>
            <w:r w:rsidRPr="00752F68">
              <w:rPr>
                <w:rFonts w:cs="Times New Roman"/>
                <w:sz w:val="24"/>
                <w:szCs w:val="28"/>
                <w:lang w:val="ru-RU"/>
              </w:rPr>
              <w:t>ультуры, преподаватель ОБЗР</w:t>
            </w:r>
            <w:r w:rsidR="009D7A1B" w:rsidRPr="00752F68">
              <w:rPr>
                <w:rFonts w:cs="Times New Roman"/>
                <w:sz w:val="24"/>
                <w:szCs w:val="28"/>
                <w:lang w:val="ru-RU"/>
              </w:rPr>
              <w:t xml:space="preserve">, </w:t>
            </w:r>
            <w:proofErr w:type="gramStart"/>
            <w:r w:rsidR="009D7A1B" w:rsidRPr="00752F68">
              <w:rPr>
                <w:rFonts w:cs="Times New Roman"/>
                <w:sz w:val="24"/>
                <w:szCs w:val="28"/>
                <w:lang w:val="ru-RU"/>
              </w:rPr>
              <w:t>кл</w:t>
            </w:r>
            <w:r w:rsidR="00752F68">
              <w:rPr>
                <w:rFonts w:cs="Times New Roman"/>
                <w:sz w:val="24"/>
                <w:szCs w:val="28"/>
                <w:lang w:val="ru-RU"/>
              </w:rPr>
              <w:t>.</w:t>
            </w:r>
            <w:r w:rsidR="009D7A1B" w:rsidRPr="00752F68">
              <w:rPr>
                <w:rFonts w:cs="Times New Roman"/>
                <w:sz w:val="24"/>
                <w:szCs w:val="28"/>
                <w:lang w:val="ru-RU"/>
              </w:rPr>
              <w:t>руководители</w:t>
            </w:r>
            <w:proofErr w:type="gramEnd"/>
          </w:p>
        </w:tc>
      </w:tr>
      <w:tr w:rsidR="00D75487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23 февраля День Защит</w:t>
            </w:r>
            <w:r w:rsidR="00F23087">
              <w:rPr>
                <w:rFonts w:cs="Times New Roman"/>
                <w:sz w:val="28"/>
                <w:szCs w:val="28"/>
                <w:lang w:val="ru-RU"/>
              </w:rPr>
              <w:t>ника</w:t>
            </w:r>
            <w:r w:rsidRPr="00D06CDD">
              <w:rPr>
                <w:rFonts w:cs="Times New Roman"/>
                <w:sz w:val="28"/>
                <w:szCs w:val="28"/>
              </w:rPr>
              <w:t xml:space="preserve"> Отечества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Иванов И.Е. Телегин С.М., (орг. 10б кл.)</w:t>
            </w:r>
          </w:p>
        </w:tc>
      </w:tr>
      <w:tr w:rsidR="00D75487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 xml:space="preserve">«Вперед, </w:t>
            </w:r>
            <w:proofErr w:type="gramStart"/>
            <w:r w:rsidR="005138C5">
              <w:rPr>
                <w:rFonts w:cs="Times New Roman"/>
                <w:sz w:val="28"/>
                <w:szCs w:val="28"/>
                <w:lang w:val="ru-RU"/>
              </w:rPr>
              <w:t>парни!</w:t>
            </w:r>
            <w:r w:rsidRPr="00D06CDD">
              <w:rPr>
                <w:rFonts w:cs="Times New Roman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 февраля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Учитель ОБЗР, учителя физической культуры</w:t>
            </w:r>
          </w:p>
        </w:tc>
      </w:tr>
      <w:tr w:rsidR="00D75487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Молодежная военно-патриотическая акция «День призывника»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4036EA" w:rsidRDefault="004036EA" w:rsidP="00D754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Социальный педагог, педагог НВП, ОБЗР</w:t>
            </w:r>
          </w:p>
        </w:tc>
      </w:tr>
      <w:tr w:rsidR="00D75487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Международный женский день 8 Марта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Середина И.М. Телегин С.М. (орг. 9б кл.)</w:t>
            </w:r>
          </w:p>
        </w:tc>
      </w:tr>
      <w:tr w:rsidR="00D75487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Мероприятия к 8 марта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06CDD" w:rsidRDefault="00D75487" w:rsidP="00D754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5-6 марта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75487" w:rsidRPr="00D95ED7" w:rsidRDefault="00D75487" w:rsidP="00D754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95ED7">
              <w:rPr>
                <w:rFonts w:cs="Times New Roman"/>
                <w:sz w:val="28"/>
                <w:szCs w:val="28"/>
                <w:lang w:val="ru-RU"/>
              </w:rPr>
              <w:t>Вожатые, классные руководител</w:t>
            </w:r>
            <w:r w:rsidR="00D95ED7">
              <w:rPr>
                <w:rFonts w:cs="Times New Roman"/>
                <w:sz w:val="28"/>
                <w:szCs w:val="28"/>
                <w:lang w:val="ru-RU"/>
              </w:rPr>
              <w:t>ь 9-б Середина И.М., учитель музыки</w:t>
            </w:r>
          </w:p>
        </w:tc>
      </w:tr>
      <w:tr w:rsidR="00FE5748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E5748" w:rsidRPr="00D06CDD" w:rsidRDefault="00FE5748" w:rsidP="00FE574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сячник </w:t>
            </w:r>
            <w:r w:rsidRPr="00D06CDD">
              <w:rPr>
                <w:rFonts w:cs="Times New Roman"/>
                <w:sz w:val="28"/>
                <w:szCs w:val="28"/>
              </w:rPr>
              <w:t>«Помним. Гордимся. Чтим»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E5748" w:rsidRPr="00D06CDD" w:rsidRDefault="00FE5748" w:rsidP="00FE574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E5748" w:rsidRPr="00D06CDD" w:rsidRDefault="00FE5748" w:rsidP="00FE574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6-8 мая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E5748" w:rsidRPr="00D06CDD" w:rsidRDefault="00FE5748" w:rsidP="00FE574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Вожатые, классные руководители</w:t>
            </w:r>
          </w:p>
        </w:tc>
      </w:tr>
      <w:tr w:rsidR="00FE5748" w:rsidRPr="00FE5748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E5748" w:rsidRPr="00D06CDD" w:rsidRDefault="00FE5748" w:rsidP="00FE5748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9 мая День победы. Бессмертный полк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E5748" w:rsidRPr="00D06CDD" w:rsidRDefault="00FE5748" w:rsidP="00FE574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E5748" w:rsidRPr="00D06CDD" w:rsidRDefault="00FE5748" w:rsidP="00FE574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E5748" w:rsidRPr="00D06CDD" w:rsidRDefault="00FE5748" w:rsidP="00FE5748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, вожатые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AC31BA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06CDD" w:rsidRDefault="00AC31BA" w:rsidP="00AC31B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в акциях: «Окна Победы», «Георгиевская ленточка», «Бессмертный полк» и др.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06CDD" w:rsidRDefault="00AC31BA" w:rsidP="00AC31B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06CDD" w:rsidRDefault="00AC31BA" w:rsidP="00AC31B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1-9 мая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06CDD" w:rsidRDefault="00AC31BA" w:rsidP="00AC31B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Вожатые, классные руководители, актив класса</w:t>
            </w:r>
          </w:p>
        </w:tc>
      </w:tr>
      <w:tr w:rsidR="00AC31BA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06CDD" w:rsidRDefault="00AC31BA" w:rsidP="00AC31B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Участие в Митинге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06CDD" w:rsidRDefault="00AC31BA" w:rsidP="00AC31B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06CDD" w:rsidRDefault="00AC31BA" w:rsidP="00AC31B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 мая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06CDD" w:rsidRDefault="00AC31BA" w:rsidP="00AC31B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Вожатые, классные руководители</w:t>
            </w:r>
          </w:p>
        </w:tc>
      </w:tr>
      <w:tr w:rsidR="00AC31BA" w:rsidRPr="00D56EA3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06CDD" w:rsidRDefault="00AC31BA" w:rsidP="00AC31B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Торжественная линейка «Последний звонок»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06CDD" w:rsidRDefault="00AC31BA" w:rsidP="00AC31B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06CDD" w:rsidRDefault="00AC31BA" w:rsidP="00AC31B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C31BA" w:rsidRPr="00D56EA3" w:rsidRDefault="00D56EA3" w:rsidP="00AC31B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Зам.директора по ВР, советник директора, классные руководители 1-х. 4-х, 9-х, 11-х классов </w:t>
            </w:r>
            <w:r w:rsidR="00AC31BA" w:rsidRPr="00D56EA3">
              <w:rPr>
                <w:rFonts w:cs="Times New Roman"/>
                <w:sz w:val="28"/>
                <w:szCs w:val="28"/>
                <w:lang w:val="ru-RU"/>
              </w:rPr>
              <w:t>(орг. 9, 11 кл.)</w:t>
            </w:r>
          </w:p>
        </w:tc>
      </w:tr>
      <w:tr w:rsidR="00E401C8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401C8" w:rsidRPr="00D06CDD" w:rsidRDefault="00E401C8" w:rsidP="00E401C8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молодежная акция «Свеча памяти»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401C8" w:rsidRPr="00D06CDD" w:rsidRDefault="00E401C8" w:rsidP="00E401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401C8" w:rsidRPr="00E401C8" w:rsidRDefault="00E401C8" w:rsidP="00E401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Май, июнь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401C8" w:rsidRPr="00E401C8" w:rsidRDefault="00E401C8" w:rsidP="00E401C8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вожатые</w:t>
            </w:r>
          </w:p>
        </w:tc>
      </w:tr>
      <w:tr w:rsidR="00BF60DA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F60DA" w:rsidRPr="00D06CDD" w:rsidRDefault="00BF60DA" w:rsidP="00BF60D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Торжественное вручение аттестатов. Выпускной вечер 2027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F60DA" w:rsidRPr="00D06CDD" w:rsidRDefault="00BF60DA" w:rsidP="00BF60D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F60DA" w:rsidRPr="00D06CDD" w:rsidRDefault="00BF60DA" w:rsidP="00BF60D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F60DA" w:rsidRPr="00D06CDD" w:rsidRDefault="00BF60DA" w:rsidP="00BF60D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 9-х классов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Пасечник О.А. (орг. 9а, 9б, 9в</w:t>
            </w:r>
            <w:r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BE0828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E0828" w:rsidRPr="00D06CDD" w:rsidRDefault="00BE0828" w:rsidP="00BE0828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Памятные мероприятия, посвященные 83-й годовщине освобождения городов и районов области от немецко-фашистских захватчиков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E0828" w:rsidRPr="00D06CDD" w:rsidRDefault="00BE0828" w:rsidP="00BE082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E0828" w:rsidRPr="00D06CDD" w:rsidRDefault="00BE0828" w:rsidP="00BE082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 - август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E0828" w:rsidRPr="00D06CDD" w:rsidRDefault="00BE0828" w:rsidP="00BE0828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учителя истории</w:t>
            </w:r>
            <w:r>
              <w:rPr>
                <w:rFonts w:cs="Times New Roman"/>
                <w:sz w:val="28"/>
                <w:szCs w:val="28"/>
                <w:lang w:val="ru-RU"/>
              </w:rPr>
              <w:t>, советник, вожатые</w:t>
            </w:r>
          </w:p>
        </w:tc>
      </w:tr>
      <w:tr w:rsidR="00BE0828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E0828" w:rsidRPr="00D06CDD" w:rsidRDefault="00BE0828" w:rsidP="00BE0828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E0828" w:rsidRPr="00D06CDD" w:rsidRDefault="00BE0828" w:rsidP="00BE082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E0828" w:rsidRPr="00D06CDD" w:rsidRDefault="00BE0828" w:rsidP="00BE082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30 августа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E0828" w:rsidRPr="00D06CDD" w:rsidRDefault="003954C3" w:rsidP="00BE0828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Вожатые, советник</w:t>
            </w:r>
          </w:p>
        </w:tc>
      </w:tr>
    </w:tbl>
    <w:p w:rsidR="00E9310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9090B" w:rsidRDefault="0049090B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9090B" w:rsidRDefault="0049090B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9090B" w:rsidRDefault="0049090B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9090B" w:rsidRDefault="0049090B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9090B" w:rsidRPr="00D06CDD" w:rsidRDefault="0049090B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5B4012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</w:rPr>
      </w:pPr>
      <w:r w:rsidRPr="005B4012">
        <w:rPr>
          <w:rFonts w:cs="Times New Roman"/>
          <w:b/>
          <w:color w:val="FF0000"/>
          <w:sz w:val="28"/>
          <w:szCs w:val="28"/>
        </w:rPr>
        <w:lastRenderedPageBreak/>
        <w:t xml:space="preserve">2.2. </w:t>
      </w:r>
      <w:r w:rsidRPr="005B4012">
        <w:rPr>
          <w:rFonts w:cs="Times New Roman"/>
          <w:color w:val="FF0000"/>
          <w:sz w:val="28"/>
          <w:szCs w:val="28"/>
        </w:rPr>
        <w:t>Модуль 2. «Урочная деятельность»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Реализация воспитательного потенциала учебных предметов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Учителя-предметники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Проведение уроков Мужества, уроков памяти («Без срока давности»)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 календарю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Учителя истории, литературы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просветительская акция «Диктант Победы»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апрель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797B9A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Зам.директора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просветительская акция «Географический диктант»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797B9A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Зам.директора</w:t>
            </w:r>
          </w:p>
        </w:tc>
      </w:tr>
    </w:tbl>
    <w:p w:rsidR="00E9310D" w:rsidRPr="00C213F8" w:rsidRDefault="00E9310D" w:rsidP="00D06CDD">
      <w:pPr>
        <w:spacing w:after="0" w:line="240" w:lineRule="auto"/>
        <w:rPr>
          <w:rFonts w:cs="Times New Roman"/>
          <w:sz w:val="16"/>
          <w:szCs w:val="28"/>
          <w:lang w:val="ru-RU"/>
        </w:rPr>
      </w:pPr>
    </w:p>
    <w:p w:rsidR="00E9310D" w:rsidRPr="00572034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</w:rPr>
      </w:pPr>
      <w:r w:rsidRPr="00572034">
        <w:rPr>
          <w:rFonts w:cs="Times New Roman"/>
          <w:b/>
          <w:color w:val="FF0000"/>
          <w:sz w:val="28"/>
          <w:szCs w:val="28"/>
        </w:rPr>
        <w:t xml:space="preserve">2.3. </w:t>
      </w:r>
      <w:r w:rsidRPr="00572034">
        <w:rPr>
          <w:rFonts w:cs="Times New Roman"/>
          <w:color w:val="FF0000"/>
          <w:sz w:val="28"/>
          <w:szCs w:val="28"/>
        </w:rPr>
        <w:t>Модуль 3. «Классное руководство»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B624C6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>Ответственные лица и партнерские организации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Заседание МО классных руководителей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Зам. директора по 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Планирование воспитательной работы классов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17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Проведение кл. часов, </w:t>
            </w:r>
            <w:r w:rsidR="00C213F8">
              <w:rPr>
                <w:rFonts w:cs="Times New Roman"/>
                <w:sz w:val="28"/>
                <w:szCs w:val="28"/>
                <w:lang w:val="ru-RU"/>
              </w:rPr>
              <w:t>д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аты и темы планируются для своего класса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Организация занятости учащихся во внеурочное время в кружках, секциях, клубах и ДОП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16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Оформление классных уголков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19 сентября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Проверка планирования воспитательной работы с классами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 18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Зам. директора по 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Заседание МО классных руководителей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ноябрь, март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Зам. директора по 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Прогноз летней занятости учащихся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Апрель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Анализ ВР с классом за уч. год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05 июня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Организация летней занятости учащихся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 - июнь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E9310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5E6B0F" w:rsidRDefault="005E6B0F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5E6B0F" w:rsidRDefault="005E6B0F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5E6B0F" w:rsidRDefault="005E6B0F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5E6B0F" w:rsidRPr="00D06CDD" w:rsidRDefault="005E6B0F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5E6B0F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5E6B0F">
        <w:rPr>
          <w:rFonts w:cs="Times New Roman"/>
          <w:b/>
          <w:color w:val="FF0000"/>
          <w:sz w:val="28"/>
          <w:szCs w:val="28"/>
          <w:lang w:val="ru-RU"/>
        </w:rPr>
        <w:t xml:space="preserve">2.4. </w:t>
      </w:r>
      <w:r w:rsidRPr="005E6B0F">
        <w:rPr>
          <w:rFonts w:cs="Times New Roman"/>
          <w:color w:val="FF0000"/>
          <w:sz w:val="28"/>
          <w:szCs w:val="28"/>
          <w:lang w:val="ru-RU"/>
        </w:rPr>
        <w:t xml:space="preserve">Модуль 4. «Внеурочная деятельность» 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Курсы внеурочной деятельности согласно утвержденному расписанию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Еженедельно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Руководители курсов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Проведение отрядных занятий программы «Добрая дорога детства» центра «Точка роста»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5-8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Подвиг и память. К 85-летию начала блокады Ленинграда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Первым делом самолёты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Естественный и искусственный интеллект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(5 класс). Зачем человеку читать? </w:t>
            </w:r>
            <w:r w:rsidRPr="00D06CDD">
              <w:rPr>
                <w:rFonts w:cs="Times New Roman"/>
                <w:sz w:val="28"/>
                <w:szCs w:val="28"/>
              </w:rPr>
              <w:t>(Как создаются книги?)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(5 класс). Сила слова. </w:t>
            </w:r>
            <w:r w:rsidRPr="00D06CDD">
              <w:rPr>
                <w:rFonts w:cs="Times New Roman"/>
                <w:sz w:val="28"/>
                <w:szCs w:val="28"/>
              </w:rPr>
              <w:t>Ко Дню учителя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Безопасность в сети Интернет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История железных дорог России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(5 класс). Как звучит Россия? </w:t>
            </w:r>
            <w:r w:rsidRPr="00D06CDD">
              <w:rPr>
                <w:rFonts w:cs="Times New Roman"/>
                <w:sz w:val="28"/>
                <w:szCs w:val="28"/>
              </w:rPr>
              <w:t>Ко Дню народного единства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(5 класс). От мечты к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открытиям. К 315-летию со дня рождения М. В. Ломоносова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Народные промыслы России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2A49A1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(5 класс). </w:t>
            </w:r>
            <w:r w:rsidRPr="002A49A1">
              <w:rPr>
                <w:rFonts w:cs="Times New Roman"/>
                <w:sz w:val="20"/>
                <w:szCs w:val="28"/>
                <w:lang w:val="ru-RU"/>
              </w:rPr>
              <w:t xml:space="preserve">Семья. </w:t>
            </w:r>
            <w:r w:rsidRPr="002A49A1">
              <w:rPr>
                <w:rFonts w:cs="Times New Roman"/>
                <w:sz w:val="20"/>
                <w:szCs w:val="28"/>
              </w:rPr>
              <w:t>Дела домашние</w:t>
            </w:r>
            <w:r w:rsidR="002A49A1" w:rsidRPr="002A49A1">
              <w:rPr>
                <w:rFonts w:cs="Times New Roman"/>
                <w:sz w:val="20"/>
                <w:szCs w:val="28"/>
                <w:lang w:val="ru-RU"/>
              </w:rPr>
              <w:t>.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Дарим добро!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День Героев Отечества. 130 лет со дня рождения Г. К. Жукова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По каким правилам живет страна? Ко Дню Конституции Российской Федерации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(5 класс). «Шайбу! </w:t>
            </w:r>
            <w:proofErr w:type="gramStart"/>
            <w:r w:rsidRPr="00D06CDD">
              <w:rPr>
                <w:rFonts w:cs="Times New Roman"/>
                <w:sz w:val="28"/>
                <w:szCs w:val="28"/>
              </w:rPr>
              <w:t>Шайбу!»</w:t>
            </w:r>
            <w:proofErr w:type="gramEnd"/>
            <w:r w:rsidRPr="00D06CDD">
              <w:rPr>
                <w:rFonts w:cs="Times New Roman"/>
                <w:sz w:val="28"/>
                <w:szCs w:val="28"/>
              </w:rPr>
              <w:t xml:space="preserve"> 80 лет отечественному хоккею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Игрушечный переполох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Как появляются персонажи и почему они становятся любимыми?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(5 класс). Как быть самостоятельным? </w:t>
            </w:r>
            <w:r w:rsidRPr="00D06CDD">
              <w:rPr>
                <w:rFonts w:cs="Times New Roman"/>
                <w:sz w:val="28"/>
                <w:szCs w:val="28"/>
              </w:rPr>
              <w:t>(Фин. грамотность)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(5 класс). Зачётный день! </w:t>
            </w:r>
            <w:r w:rsidRPr="00D06CDD">
              <w:rPr>
                <w:rFonts w:cs="Times New Roman"/>
                <w:sz w:val="28"/>
                <w:szCs w:val="28"/>
              </w:rPr>
              <w:t>Ко Дню российского студенчества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Технологии, которые меняют мир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(5 класс). Люди, которые меняют мир. </w:t>
            </w:r>
            <w:r w:rsidRPr="00D06CDD">
              <w:rPr>
                <w:rFonts w:cs="Times New Roman"/>
                <w:sz w:val="28"/>
                <w:szCs w:val="28"/>
              </w:rPr>
              <w:t>Ко Дню российской науки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Что такое подлинное товарищество?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«Разговоры о важном» (5 класс). Призвание — защищать. </w:t>
            </w:r>
            <w:r w:rsidRPr="00D06CDD">
              <w:rPr>
                <w:rFonts w:cs="Times New Roman"/>
                <w:sz w:val="28"/>
                <w:szCs w:val="28"/>
              </w:rPr>
              <w:t>Ко Дню защитника Отечества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Международный женский день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Заповедники России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Региональное занятие. «Путешествуем по России: культура родного края»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После меня чище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(5 класс). Космические технологии. </w:t>
            </w:r>
            <w:r w:rsidRPr="00D06CDD">
              <w:rPr>
                <w:rFonts w:cs="Times New Roman"/>
                <w:sz w:val="28"/>
                <w:szCs w:val="28"/>
              </w:rPr>
              <w:t>Ко Дню космонавтики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Красная книга России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«Всё для фронта! Всё для Победы!» Ко Дню Победы (труженики тыла)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Марафон здоровых привычек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(5 класс). Ценности, которые нас объединяют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5-х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Николай Иванович Путилов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Рихард Зорге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Федор Петрович Гааз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(6-9 классы). Илья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Муромец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Протоиерей Михаил Васильев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Соцсети. Как защититься от мошенников. Безопасность в сети Интернет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Семья Расулевых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Князь Дмитрий Пожарский и земский староста Кузьма Минин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Хан Дондук Даши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Петр Степанович Котляревский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Дарья Севастопольская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Павел Михайлович Третьяков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Преподобномученица Елизавета Федоровна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Александр Васильевич Суворов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80 лет отечественному хоккею: история спортивной гордости России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(6-9 классы). Александра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Николаевна Пахмутова и Николай Николаевич Добронравов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Ерофей Павлович Хабаров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(6-9 классы). Владимир </w:t>
            </w:r>
            <w:r w:rsidRPr="00D06CDD">
              <w:rPr>
                <w:rFonts w:cs="Times New Roman"/>
                <w:sz w:val="28"/>
                <w:szCs w:val="28"/>
              </w:rPr>
              <w:t>I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Святославич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Алексей Петрович Маресьев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Лев Яшин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День российской науки: люди и открытия, которые изменили мир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Федор Федорович Ушаков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Дмитрий Донской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Святая равноапостольная княгиня Ольга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Святитель Лука Войно-Ясенецкий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Региональное занятие. «Путешествуем по России: культура родного края»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Сергей Павлович Королёв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Юрий Алексеевич Гагарин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«Разговоры о важном» (6-9 классы). Братья Бельские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Юрий Борисович Левитан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Александр Сергеевич Пушкин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(6-9 классы). Ценности, которые нас объединяют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6-9 классов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7B4069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7B4069">
        <w:rPr>
          <w:rFonts w:cs="Times New Roman"/>
          <w:b/>
          <w:color w:val="FF0000"/>
          <w:sz w:val="28"/>
          <w:szCs w:val="28"/>
          <w:lang w:val="ru-RU"/>
        </w:rPr>
        <w:t xml:space="preserve">2.5. </w:t>
      </w:r>
      <w:r w:rsidRPr="007B4069">
        <w:rPr>
          <w:rFonts w:cs="Times New Roman"/>
          <w:color w:val="FF0000"/>
          <w:sz w:val="28"/>
          <w:szCs w:val="28"/>
          <w:lang w:val="ru-RU"/>
        </w:rPr>
        <w:t>Модуль 5. «Взаимодействие с родителями (законными представителями)»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Заседания Родительских комитетов классов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уч.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Председатели родительских комитетов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Родительские собрания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Раздел «Информация для родителей» на сайте школы и в групповых родительских чатах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Зам. директора по 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Всероссийский день отца 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 октября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Индивидуальная работа с семьями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 xml:space="preserve">Классные руководители, администрация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Работа с родителями по организации горячего питания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 - май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362A46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362A46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  <w:r w:rsidR="00362A46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gramStart"/>
            <w:r w:rsidR="00362A46">
              <w:rPr>
                <w:rFonts w:cs="Times New Roman"/>
                <w:sz w:val="28"/>
                <w:szCs w:val="28"/>
                <w:lang w:val="ru-RU"/>
              </w:rPr>
              <w:t>зам.директора</w:t>
            </w:r>
            <w:proofErr w:type="gramEnd"/>
            <w:r w:rsidR="00362A46">
              <w:rPr>
                <w:rFonts w:cs="Times New Roman"/>
                <w:sz w:val="28"/>
                <w:szCs w:val="28"/>
                <w:lang w:val="ru-RU"/>
              </w:rPr>
              <w:t xml:space="preserve"> по ВР</w:t>
            </w:r>
          </w:p>
        </w:tc>
      </w:tr>
    </w:tbl>
    <w:p w:rsidR="00E9310D" w:rsidRPr="00362A46" w:rsidRDefault="00E9310D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E9310D" w:rsidRPr="00034935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</w:rPr>
      </w:pPr>
      <w:r w:rsidRPr="00034935">
        <w:rPr>
          <w:rFonts w:cs="Times New Roman"/>
          <w:color w:val="FF0000"/>
          <w:sz w:val="28"/>
          <w:szCs w:val="28"/>
        </w:rPr>
        <w:t>2.6. Модуль 6. «Детские общественные объединения»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Дни единых действий по плану «Движения первых», ЮИД, Юнармия, волонтерство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 w:rsidR="00402F33">
              <w:rPr>
                <w:rFonts w:cs="Times New Roman"/>
                <w:sz w:val="28"/>
                <w:szCs w:val="28"/>
                <w:lang w:val="ru-RU"/>
              </w:rPr>
              <w:t>и отрядов детских объединений и первичного отделения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Торжественное вступление в ряды участников </w:t>
            </w:r>
            <w:r w:rsidR="00503923">
              <w:rPr>
                <w:rFonts w:cs="Times New Roman"/>
                <w:sz w:val="28"/>
                <w:szCs w:val="28"/>
                <w:lang w:val="ru-RU"/>
              </w:rPr>
              <w:t xml:space="preserve">отрядов детских объединений и первичного </w:t>
            </w:r>
            <w:r w:rsidR="00503923">
              <w:rPr>
                <w:rFonts w:cs="Times New Roman"/>
                <w:sz w:val="28"/>
                <w:szCs w:val="28"/>
                <w:lang w:val="ru-RU"/>
              </w:rPr>
              <w:lastRenderedPageBreak/>
              <w:t>отделения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503923" w:rsidRDefault="00503923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и отрядов детских объединений и первичного отделения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Юнармейский календарь дней единых действий (к дням воинской славы и памятным датам)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28378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и отряда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Акции по сохранению исторической памяти «Верни Герою имя», «Хранители истории»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3E5355" w:rsidRDefault="003E5355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и отрядов Хранители истории, Юнармии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Патриотическая акция «Письмо солдату»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6D787F" w:rsidRDefault="006D787F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руководители. Учителя русского и литературы, р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и отрядов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Юнармейский благотворительный проект «Миллион добрых дел»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21050B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ь отряда Юнармии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Всероссийский социальный проект </w:t>
            </w:r>
            <w:r w:rsidR="0021050B">
              <w:rPr>
                <w:rFonts w:cs="Times New Roman"/>
                <w:sz w:val="28"/>
                <w:szCs w:val="28"/>
                <w:lang w:val="ru-RU"/>
              </w:rPr>
              <w:t>«Вожатство.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Наставничество»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21050B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и отрядов</w:t>
            </w:r>
          </w:p>
        </w:tc>
      </w:tr>
      <w:tr w:rsidR="007C780F" w:rsidRPr="00D06CDD" w:rsidTr="00264204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юнармейский тематический форум к 10-летию движения «ЮНАРМИЯ»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7C780F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Руководитель юнармейского отряда</w:t>
            </w:r>
          </w:p>
        </w:tc>
      </w:tr>
      <w:tr w:rsidR="007C780F" w:rsidRPr="00B624C6" w:rsidTr="00264204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«Равнение на Героев»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5-11 мая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6214B9" w:rsidRDefault="006214B9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и отрядов Хранители истории, Юнармии</w:t>
            </w:r>
          </w:p>
        </w:tc>
      </w:tr>
      <w:tr w:rsidR="007C780F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Региональная акция «Моё событие года»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6214B9" w:rsidRDefault="006214B9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и отрядов Хранители истории, Юнармии</w:t>
            </w:r>
          </w:p>
        </w:tc>
      </w:tr>
      <w:tr w:rsidR="007C780F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6214B9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Участие отряда ЮИД в муниципальном этапе областного конкурса «ЮИД в пути. </w:t>
            </w:r>
            <w:r w:rsidRPr="006214B9">
              <w:rPr>
                <w:rFonts w:cs="Times New Roman"/>
                <w:sz w:val="28"/>
                <w:szCs w:val="28"/>
                <w:lang w:val="ru-RU"/>
              </w:rPr>
              <w:t>ЮИД на марше»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 - октябрь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7C780F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Подготовка творческого выступления-поздравления наставников ЮИД «Международный день учителя»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 - октябрь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7C780F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Подготовка видеоролика «День знаний ПДД»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7C780F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во Всероссийских проектах «Движения первых»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 xml:space="preserve">По плану 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6214B9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6214B9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  <w:r w:rsidR="006214B9">
              <w:rPr>
                <w:rFonts w:cs="Times New Roman"/>
                <w:sz w:val="28"/>
                <w:szCs w:val="28"/>
                <w:lang w:val="ru-RU"/>
              </w:rPr>
              <w:t xml:space="preserve">, вожатые, </w:t>
            </w:r>
            <w:r w:rsidR="006214B9"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 w:rsidR="006214B9">
              <w:rPr>
                <w:rFonts w:cs="Times New Roman"/>
                <w:sz w:val="28"/>
                <w:szCs w:val="28"/>
                <w:lang w:val="ru-RU"/>
              </w:rPr>
              <w:t>и отрядов, куратор первичного отделения. советник</w:t>
            </w:r>
          </w:p>
        </w:tc>
      </w:tr>
      <w:tr w:rsidR="007C780F" w:rsidRPr="00ED6203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Участие в благотворительных акциях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D06CDD" w:rsidRDefault="007C780F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C780F" w:rsidRPr="00ED6203" w:rsidRDefault="007C780F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ED6203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  <w:r w:rsidR="00ED6203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r w:rsidR="00ED6203"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 w:rsidR="00ED6203">
              <w:rPr>
                <w:rFonts w:cs="Times New Roman"/>
                <w:sz w:val="28"/>
                <w:szCs w:val="28"/>
                <w:lang w:val="ru-RU"/>
              </w:rPr>
              <w:t>и отрядов</w:t>
            </w:r>
          </w:p>
        </w:tc>
      </w:tr>
      <w:tr w:rsidR="00AE7DC1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>Праздничная новогодняя акция ЮИД «С наступающим!»</w:t>
            </w: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>Праздничная акция ЮИД «Самой прекрасной половине планеты»</w:t>
            </w:r>
          </w:p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 xml:space="preserve">Всероссийская акция «Георгиевская ленточка» </w:t>
            </w:r>
          </w:p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AE7DC1" w:rsidRPr="00AE7DC1" w:rsidRDefault="00AE7DC1" w:rsidP="007C780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>декабрь</w:t>
            </w: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 xml:space="preserve">март </w:t>
            </w: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>май</w:t>
            </w:r>
          </w:p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 xml:space="preserve">руководитель отряда ЮИД </w:t>
            </w: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  <w:p w:rsidR="00AE7DC1" w:rsidRPr="00AE7DC1" w:rsidRDefault="00AE7DC1" w:rsidP="00AE7DC1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Default="00AE7DC1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E7DC1" w:rsidRPr="00ED6203" w:rsidRDefault="00AE7DC1" w:rsidP="007C780F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AE7DC1">
              <w:rPr>
                <w:rFonts w:cs="Times New Roman"/>
                <w:sz w:val="28"/>
                <w:szCs w:val="28"/>
                <w:lang w:val="ru-RU"/>
              </w:rPr>
              <w:t>Руководители отрядов Хранители истории, Юнармии</w:t>
            </w:r>
          </w:p>
        </w:tc>
      </w:tr>
    </w:tbl>
    <w:p w:rsidR="00E9310D" w:rsidRPr="00ED6203" w:rsidRDefault="00E9310D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E9310D" w:rsidRPr="00566439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</w:rPr>
      </w:pPr>
      <w:r w:rsidRPr="00566439">
        <w:rPr>
          <w:rFonts w:cs="Times New Roman"/>
          <w:b/>
          <w:color w:val="FF0000"/>
          <w:sz w:val="28"/>
          <w:szCs w:val="28"/>
        </w:rPr>
        <w:t xml:space="preserve">2.7. </w:t>
      </w:r>
      <w:r w:rsidRPr="00566439">
        <w:rPr>
          <w:rFonts w:cs="Times New Roman"/>
          <w:color w:val="FF0000"/>
          <w:sz w:val="28"/>
          <w:szCs w:val="28"/>
        </w:rPr>
        <w:t>Модуль 7. «Самоуправление»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Организация дежурства по школе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Организация дежурства по классу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во Всероссийских, Региональных, Муниципальных проектах, Акциях, мероприятиях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 необходим.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вожатые,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Совет Актива обучающихся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советник директора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E9310D" w:rsidRPr="00566439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566439">
        <w:rPr>
          <w:rFonts w:cs="Times New Roman"/>
          <w:b/>
          <w:color w:val="FF0000"/>
          <w:sz w:val="28"/>
          <w:szCs w:val="28"/>
          <w:lang w:val="ru-RU"/>
        </w:rPr>
        <w:t xml:space="preserve">2.8. </w:t>
      </w:r>
      <w:r w:rsidRPr="00566439">
        <w:rPr>
          <w:rFonts w:cs="Times New Roman"/>
          <w:color w:val="FF0000"/>
          <w:sz w:val="28"/>
          <w:szCs w:val="28"/>
          <w:lang w:val="ru-RU"/>
        </w:rPr>
        <w:t xml:space="preserve">Модуль 8. «Профилактика и безопасность» 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Месячник безопасности. Беседы о правилах ПДД, ППБ, поведении в школе. </w:t>
            </w:r>
            <w:r w:rsidRPr="00D06CDD">
              <w:rPr>
                <w:rFonts w:cs="Times New Roman"/>
                <w:sz w:val="28"/>
                <w:szCs w:val="28"/>
              </w:rPr>
              <w:t>Вводные инструктажи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1-30 сентября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руководители, преподаватель-организатор ОБЗР, руководитель ЮИД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66041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Региональные и муниципальные этапы Всероссийской военно-спортивной игры «</w:t>
            </w:r>
            <w:r w:rsidRPr="00835FF1">
              <w:rPr>
                <w:rFonts w:cs="Times New Roman"/>
                <w:sz w:val="24"/>
                <w:szCs w:val="28"/>
                <w:lang w:val="ru-RU"/>
              </w:rPr>
              <w:t>Зарница 2.0»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660419" w:rsidRDefault="00660419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По плану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учителя физкультуры</w:t>
            </w:r>
            <w:r w:rsidR="00660419">
              <w:rPr>
                <w:rFonts w:cs="Times New Roman"/>
                <w:sz w:val="28"/>
                <w:szCs w:val="28"/>
                <w:lang w:val="ru-RU"/>
              </w:rPr>
              <w:t>, преподаватель ОБЗР, НВП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Акция «Встреча с чемпионом» 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660419" w:rsidRDefault="0066041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Советник директора</w:t>
            </w:r>
          </w:p>
        </w:tc>
      </w:tr>
      <w:tr w:rsidR="00D6730A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во всероссийских играх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«Семейная зарница»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 - сентябрь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6730A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руководители, вожатые</w:t>
            </w:r>
          </w:p>
        </w:tc>
      </w:tr>
      <w:tr w:rsidR="00D6730A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Благоустройство памятных мест и воинских захоронений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6730A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и отрядов Хранители истории, Юнармии</w:t>
            </w:r>
          </w:p>
        </w:tc>
      </w:tr>
      <w:tr w:rsidR="00D6730A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в мероприятиях в рамках Всероссийской «Вахты памяти»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апрель - ноябрь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6730A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и отрядов Хранители истории, Юнармии</w:t>
            </w:r>
          </w:p>
        </w:tc>
      </w:tr>
      <w:tr w:rsidR="00D6730A" w:rsidRPr="00D6730A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Акция «Внимание! Дети идут в школу!»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D6730A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Неделя профилактики ДТП, беседы по ПДД, Акция «Маршрут: дом – школа – дом!»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5-7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4-5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Преподаватель-организатор ОБЗР, классные руководители, руководитель ЮИД</w:t>
            </w:r>
          </w:p>
        </w:tc>
      </w:tr>
      <w:tr w:rsidR="00D6730A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Учебная эвакуация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Директор школы, преподаватель-организатор ОБЗР</w:t>
            </w:r>
          </w:p>
        </w:tc>
      </w:tr>
      <w:tr w:rsidR="00D6730A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«Осень. Дети. Безопасность»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  <w:r>
              <w:rPr>
                <w:rFonts w:cs="Times New Roman"/>
                <w:sz w:val="28"/>
                <w:szCs w:val="28"/>
                <w:lang w:val="ru-RU"/>
              </w:rPr>
              <w:t>, классные руководители</w:t>
            </w:r>
          </w:p>
        </w:tc>
      </w:tr>
      <w:tr w:rsidR="00D6730A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Организация участия в областной онлайн-викторине АВС основного и резервного отрядов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D6730A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Акция «Новогодние окна ЮИД»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  <w:r w:rsidR="007B1F4B">
              <w:rPr>
                <w:rFonts w:cs="Times New Roman"/>
                <w:sz w:val="28"/>
                <w:szCs w:val="28"/>
                <w:lang w:val="ru-RU"/>
              </w:rPr>
              <w:t>, классные руководители</w:t>
            </w:r>
          </w:p>
        </w:tc>
      </w:tr>
      <w:tr w:rsidR="00D6730A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Всероссийская акция «Зимние дороги. Дети. </w:t>
            </w:r>
            <w:r w:rsidRPr="00D06CDD">
              <w:rPr>
                <w:rFonts w:cs="Times New Roman"/>
                <w:sz w:val="28"/>
                <w:szCs w:val="28"/>
              </w:rPr>
              <w:t>Безопасность»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Январь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  <w:r w:rsidR="007B1F4B">
              <w:rPr>
                <w:rFonts w:cs="Times New Roman"/>
                <w:sz w:val="28"/>
                <w:szCs w:val="28"/>
                <w:lang w:val="ru-RU"/>
              </w:rPr>
              <w:t>, классные руководители</w:t>
            </w:r>
          </w:p>
        </w:tc>
      </w:tr>
      <w:tr w:rsidR="00D6730A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Муниципальный этап областного конкурса «Безопасное колесо» (Знатоки ПДД, Первая помощь)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5-6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D6730A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Муниципальный этап областного конкурса «ЮИД </w:t>
            </w:r>
            <w:r w:rsidRPr="00DD15BE">
              <w:rPr>
                <w:rFonts w:cs="Times New Roman"/>
                <w:sz w:val="22"/>
                <w:szCs w:val="28"/>
                <w:lang w:val="ru-RU"/>
              </w:rPr>
              <w:t>за безопасность выступает, с юбилеем пропаганду поздравляет»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5-8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 - апрель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D6730A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Всероссийская акция «Весенние дороги. Дети. </w:t>
            </w:r>
            <w:r w:rsidRPr="00D06CDD">
              <w:rPr>
                <w:rFonts w:cs="Times New Roman"/>
                <w:sz w:val="28"/>
                <w:szCs w:val="28"/>
              </w:rPr>
              <w:lastRenderedPageBreak/>
              <w:t>Безопасность»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 - апрель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D6730A" w:rsidRPr="00D06CDD" w:rsidRDefault="00D6730A" w:rsidP="00D6730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  <w:r w:rsidR="004964C1">
              <w:rPr>
                <w:rFonts w:cs="Times New Roman"/>
                <w:sz w:val="28"/>
                <w:szCs w:val="28"/>
                <w:lang w:val="ru-RU"/>
              </w:rPr>
              <w:t xml:space="preserve">, классные </w:t>
            </w:r>
            <w:r w:rsidR="004964C1">
              <w:rPr>
                <w:rFonts w:cs="Times New Roman"/>
                <w:sz w:val="28"/>
                <w:szCs w:val="28"/>
                <w:lang w:val="ru-RU"/>
              </w:rPr>
              <w:lastRenderedPageBreak/>
              <w:t>руководители</w:t>
            </w:r>
          </w:p>
        </w:tc>
      </w:tr>
      <w:tr w:rsidR="0094769A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Муниципальный этап областного конкурса «Безопасное колесо» (Автогородок, Фигурное вождение)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5-6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94769A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Муниципальный этап областного конкурса «У светофора каникул нет!»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5-8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94769A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Акция «Письмо водителю», Акция «Дисциплинированный пешеход». </w:t>
            </w:r>
            <w:r w:rsidRPr="00D06CDD">
              <w:rPr>
                <w:rFonts w:cs="Times New Roman"/>
                <w:sz w:val="28"/>
                <w:szCs w:val="28"/>
              </w:rPr>
              <w:t>Встреча с инспектором ГИБДД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94769A" w:rsidRPr="00D06CDD" w:rsidTr="00264204">
        <w:trPr>
          <w:jc w:val="center"/>
        </w:trPr>
        <w:tc>
          <w:tcPr>
            <w:tcW w:w="15408" w:type="dxa"/>
            <w:gridSpan w:val="4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1547D9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1547D9">
              <w:rPr>
                <w:rFonts w:cs="Times New Roman"/>
                <w:b/>
                <w:sz w:val="28"/>
                <w:szCs w:val="28"/>
                <w:lang w:val="ru-RU"/>
              </w:rPr>
              <w:t>Совет профилактики</w:t>
            </w:r>
            <w:r>
              <w:rPr>
                <w:rFonts w:cs="Times New Roman"/>
                <w:sz w:val="28"/>
                <w:szCs w:val="28"/>
                <w:lang w:val="ru-RU"/>
              </w:rPr>
              <w:t>:</w:t>
            </w:r>
          </w:p>
        </w:tc>
      </w:tr>
      <w:tr w:rsidR="0094769A" w:rsidRPr="00D06CDD" w:rsidTr="00CE1170">
        <w:trPr>
          <w:trHeight w:val="17"/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Корректировка картотеки семей, детей «группы риска», обучающихся, требующих повышенного педагогического внимания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Оказание помощи вновь прибывшим учащимся по адаптации в классном коллективе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Проведение профилактических встреч, индивидуальных бесед с учащимися, не приступившими к занятиям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Организация рейдов в семьи учащихся, имеющих пропуски и неуспеваемость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Индивидуальные беседы, консультации специалистов (психолог, социальный педагог)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Осмотр жилищно-бытовых условий обучающихся, состоящих на учете ВШК и КДНиЗП</w:t>
            </w:r>
          </w:p>
          <w:p w:rsidR="0094769A" w:rsidRPr="00D06CDD" w:rsidRDefault="0094769A" w:rsidP="006237C8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Подготовка характеристик на обучающихся 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Просмотр тематических видеофильмов правовой и профилактической направленности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• Выявление семей, уклоняющихся от воспитания детей, признаков неблагополучия и фактов жестокого обращения с детьми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Организация родительских собраний по правовым вопросам и воспитанию; консультирование родителей администрацией и специалистами службы сопровождения</w:t>
            </w:r>
          </w:p>
          <w:p w:rsidR="000919F7" w:rsidRDefault="000919F7" w:rsidP="0094769A">
            <w:pPr>
              <w:spacing w:before="20" w:after="0" w:line="240" w:lineRule="auto"/>
              <w:rPr>
                <w:rFonts w:cs="Times New Roman"/>
                <w:b/>
                <w:color w:val="1B365D"/>
                <w:sz w:val="28"/>
                <w:szCs w:val="28"/>
                <w:lang w:val="ru-RU"/>
              </w:rPr>
            </w:pPr>
          </w:p>
          <w:p w:rsidR="0094769A" w:rsidRPr="00D06CDD" w:rsidRDefault="0094769A" w:rsidP="000919F7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1B365D"/>
                <w:sz w:val="28"/>
                <w:szCs w:val="28"/>
                <w:lang w:val="ru-RU"/>
              </w:rPr>
              <w:t>Профилактика экстремизма и идеологии терроризма:</w:t>
            </w:r>
          </w:p>
          <w:p w:rsidR="000919F7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Тематические классные часы: </w:t>
            </w:r>
          </w:p>
          <w:p w:rsidR="000919F7" w:rsidRDefault="000919F7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>«Мы такие разные, но всё-таки мы вместе»</w:t>
            </w:r>
          </w:p>
          <w:p w:rsidR="000919F7" w:rsidRDefault="000919F7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>«Богатое многообразие мировых культур»</w:t>
            </w:r>
          </w:p>
          <w:p w:rsidR="000919F7" w:rsidRDefault="000919F7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>«Толерантность в правовом государстве»</w:t>
            </w:r>
          </w:p>
          <w:p w:rsidR="000919F7" w:rsidRDefault="000919F7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>«Небо общее для всех»</w:t>
            </w:r>
          </w:p>
          <w:p w:rsidR="0094769A" w:rsidRDefault="000919F7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>«Экстремизм в обществе как социально-разрушительное явление»</w:t>
            </w:r>
          </w:p>
          <w:p w:rsidR="000919F7" w:rsidRPr="00D06CDD" w:rsidRDefault="000919F7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Разъяснительная работа об административной и уголовной ответственности за проявления экстремизма и террористической деятельности</w:t>
            </w:r>
          </w:p>
          <w:p w:rsidR="0050507B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Информационные листовки и памятки по кибербезопасности и медиаграмотност</w:t>
            </w:r>
            <w:r w:rsidR="0050507B">
              <w:rPr>
                <w:rFonts w:cs="Times New Roman"/>
                <w:sz w:val="28"/>
                <w:szCs w:val="28"/>
                <w:lang w:val="ru-RU"/>
              </w:rPr>
              <w:t>и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Профилактические беседы «Детский телефонный терроризм квалифицируется как уголовное преступление» (ст. 207 УК РФ)</w:t>
            </w: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Тематические мероприятия ко Дню солидарности в борьбе с терроризмом, Дню памяти жертв политических репрессий, Дню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народного единства, Неделе толерантности</w:t>
            </w:r>
          </w:p>
          <w:p w:rsidR="00FD1DE2" w:rsidRPr="00D06CDD" w:rsidRDefault="00FD1DE2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1B365D"/>
                <w:sz w:val="28"/>
                <w:szCs w:val="28"/>
                <w:lang w:val="ru-RU"/>
              </w:rPr>
              <w:t>Профилактика употребления ПАВ и пропаганда здорового образа жизни (ЗОЖ):</w:t>
            </w: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Организация записи обучающихся 5–9 классов в творческие объединения, секции и клубы; адресный охват детей «группы риска»</w:t>
            </w:r>
          </w:p>
          <w:p w:rsidR="00706338" w:rsidRPr="00D06CDD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706338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Спортивно-оздоровительные мероприятия: </w:t>
            </w:r>
          </w:p>
          <w:p w:rsidR="00706338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 xml:space="preserve">Дни здоровья «Спортивный серпантин», </w:t>
            </w:r>
          </w:p>
          <w:p w:rsidR="00706338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 xml:space="preserve">эстафеты «Быстрее, выше, сильнее», </w:t>
            </w:r>
          </w:p>
          <w:p w:rsidR="00706338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 xml:space="preserve">турниры школьных спортивных секций, </w:t>
            </w:r>
          </w:p>
          <w:p w:rsidR="0094769A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>«Мы выбираем здоровье»</w:t>
            </w:r>
          </w:p>
          <w:p w:rsidR="00706338" w:rsidRPr="00D06CDD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Выставки творческих работ, конкурс плакатов «Движение </w:t>
            </w:r>
            <w:proofErr w:type="gramStart"/>
            <w:r w:rsidR="00706338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это</w:t>
            </w:r>
            <w:proofErr w:type="gramEnd"/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жизнь»</w:t>
            </w:r>
          </w:p>
          <w:p w:rsidR="00706338" w:rsidRPr="00D06CDD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Проведение культурно-массовых и досуговых дел с максимальным вовлечением подростков «группы риска»</w:t>
            </w:r>
          </w:p>
          <w:p w:rsidR="00706338" w:rsidRPr="00573F66" w:rsidRDefault="00706338" w:rsidP="0094769A">
            <w:pPr>
              <w:spacing w:before="20" w:after="0" w:line="240" w:lineRule="auto"/>
              <w:rPr>
                <w:rFonts w:cs="Times New Roman"/>
                <w:sz w:val="12"/>
                <w:szCs w:val="28"/>
                <w:lang w:val="ru-RU"/>
              </w:rPr>
            </w:pPr>
          </w:p>
          <w:p w:rsidR="00706338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Единые классные часы: </w:t>
            </w:r>
          </w:p>
          <w:p w:rsidR="00706338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 xml:space="preserve">«Уроки здоровья и безопасности», </w:t>
            </w:r>
          </w:p>
          <w:p w:rsidR="00706338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>«Конституция РФ</w:t>
            </w:r>
            <w:r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 xml:space="preserve">Основной закон страны», </w:t>
            </w:r>
          </w:p>
          <w:p w:rsidR="0094769A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94769A" w:rsidRPr="00D06CDD">
              <w:rPr>
                <w:rFonts w:cs="Times New Roman"/>
                <w:sz w:val="28"/>
                <w:szCs w:val="28"/>
                <w:lang w:val="ru-RU"/>
              </w:rPr>
              <w:t>«Моя Россия»</w:t>
            </w:r>
          </w:p>
          <w:p w:rsidR="00573F66" w:rsidRPr="00D06CDD" w:rsidRDefault="00573F66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- «Я выбираю ЗОЖ»</w:t>
            </w: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Анкетирование обучающихся по вопросам здорового образа жизни; социально-психологическое тестирование (СПТ) обучающихся с 13 лет (7–9 классы), направленное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на раннее выявление немедицинского потребления ПАВ</w:t>
            </w:r>
          </w:p>
          <w:p w:rsidR="00706338" w:rsidRPr="00D06CDD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Тематические профилактические беседы и встречи со специалистами здравоохранения, инспекторами ПДН о вреде курения, вейпинга, алкоголя и употребления ПАВ</w:t>
            </w:r>
          </w:p>
          <w:p w:rsidR="00706338" w:rsidRPr="00D06CDD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Ежедневный контроль успеваемости и посещаемости обучающихся «группы риска», состоящих на ВШК</w:t>
            </w:r>
          </w:p>
          <w:p w:rsidR="00706338" w:rsidRPr="00D06CDD" w:rsidRDefault="00706338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706338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Тематические родительские собрания: «Особенности подросткового возраста. Профилактика вредных привычек», «Административно-правовая ответственность родителей за воспитание детей»</w:t>
            </w:r>
          </w:p>
          <w:p w:rsidR="00621F59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Контроль летней занятости и оздоровления подростков</w:t>
            </w:r>
          </w:p>
          <w:p w:rsidR="00621F59" w:rsidRDefault="00621F59" w:rsidP="0094769A">
            <w:pPr>
              <w:spacing w:before="20" w:after="0" w:line="240" w:lineRule="auto"/>
              <w:rPr>
                <w:rFonts w:cs="Times New Roman"/>
                <w:b/>
                <w:color w:val="1B365D"/>
                <w:sz w:val="28"/>
                <w:szCs w:val="28"/>
                <w:lang w:val="ru-RU"/>
              </w:rPr>
            </w:pP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Сбор информации о детях и семьях, состоящих на различных видах учета, оформление учетных карточек ВШК</w:t>
            </w:r>
          </w:p>
          <w:p w:rsidR="004B2D3D" w:rsidRPr="00D06CDD" w:rsidRDefault="004B2D3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Рейды в семьи обучающихся, систематически пропускающих учебные занятия без уважительных причин</w:t>
            </w:r>
          </w:p>
          <w:p w:rsidR="004B2D3D" w:rsidRPr="00D06CDD" w:rsidRDefault="004B2D3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4B2D3D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Ежедневный учет классными руководителями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посещаемости уроков; оперативное выяснение причин отсутствия</w:t>
            </w:r>
          </w:p>
          <w:p w:rsidR="004B2D3D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Анализ причин пропусков уроков учащимися (уважительные / неуважительные причины)</w:t>
            </w: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Сбор сведений о несовершеннолетних, не приступивших к обучению или уклоняющихся от учебы</w:t>
            </w:r>
          </w:p>
          <w:p w:rsidR="004B2D3D" w:rsidRPr="00D06CDD" w:rsidRDefault="004B2D3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Индивидуальные профилактические беседы </w:t>
            </w:r>
          </w:p>
          <w:p w:rsidR="00E8214D" w:rsidRPr="00D06CDD" w:rsidRDefault="00E8214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Вовлечение обучающихся, склонных к пропускам занятий, во внеурочную деятельность и общешкольные дела</w:t>
            </w:r>
          </w:p>
          <w:p w:rsidR="004B2D3D" w:rsidRPr="00D06CDD" w:rsidRDefault="004B2D3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Посещение учащихся на дому с целью обследования условий воспитания и проживания (согласно 120-ФЗ)</w:t>
            </w:r>
          </w:p>
          <w:p w:rsidR="00B30112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Родительские собрания по профилактике нарушений Устава школы: 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«Образование детей </w:t>
            </w:r>
            <w:r w:rsidR="00B30112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обязанность родителей»</w:t>
            </w:r>
          </w:p>
          <w:p w:rsidR="0094769A" w:rsidRDefault="0094769A" w:rsidP="004B2D3D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B30112" w:rsidRDefault="00B30112" w:rsidP="004B2D3D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B30112" w:rsidRPr="00D06CDD" w:rsidRDefault="00B30112" w:rsidP="004B2D3D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Pr="00D06CDD" w:rsidRDefault="0094769A" w:rsidP="004B2D3D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1B365D"/>
                <w:sz w:val="28"/>
                <w:szCs w:val="28"/>
                <w:lang w:val="ru-RU"/>
              </w:rPr>
              <w:t>Профилактика детского травматизма и безопасности жизнедеятельности: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Проведение обязательных профилактических инструктажей и бесед по безопасности перед началом каникул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Цикл бесед и показ иллюстративно-наглядных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материалов «Безопасное поведение в школе и на улицах»</w:t>
            </w:r>
          </w:p>
          <w:p w:rsidR="00C71019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Практические занятия: </w:t>
            </w:r>
          </w:p>
          <w:p w:rsidR="00C71019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«Особенности движения пешеходов в осенне-зимний период», </w:t>
            </w:r>
          </w:p>
          <w:p w:rsidR="00C71019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«Правила езды на велосипедах и СИМ (самокатах)», </w:t>
            </w: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«Основные правила оказания первой помощи при ушибах, ссадинах, ожогах и кровотечениях»</w:t>
            </w:r>
          </w:p>
          <w:p w:rsidR="004B2D3D" w:rsidRPr="00D06CDD" w:rsidRDefault="004B2D3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1B365D"/>
                <w:sz w:val="28"/>
                <w:szCs w:val="28"/>
                <w:lang w:val="ru-RU"/>
              </w:rPr>
              <w:t>Профилактика детского дорожно-транспортного травматизма (БДД):</w:t>
            </w:r>
          </w:p>
          <w:p w:rsidR="00C71019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Размещение и актуализация Памятки юного пешехода и Схем безопасного маршрута «Дом — школа — дом»</w:t>
            </w: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Проведение Всероссийского открытого урока по культуре безопасности жизнедеятельности</w:t>
            </w:r>
          </w:p>
          <w:p w:rsidR="004B2D3D" w:rsidRPr="00D06CDD" w:rsidRDefault="004B2D3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4B2D3D" w:rsidRPr="00D06CDD" w:rsidRDefault="004B2D3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71019" w:rsidRPr="00F43B4B" w:rsidRDefault="0094769A" w:rsidP="0094769A">
            <w:pPr>
              <w:spacing w:before="20" w:after="0" w:line="240" w:lineRule="auto"/>
              <w:rPr>
                <w:rFonts w:cs="Times New Roman"/>
                <w:b/>
                <w:color w:val="1B365D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1B365D"/>
                <w:sz w:val="28"/>
                <w:szCs w:val="28"/>
                <w:lang w:val="ru-RU"/>
              </w:rPr>
              <w:t>Профилактика суицидального поведения и кризисных состояний:</w:t>
            </w: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Классные часы: </w:t>
            </w: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«Учимся понимать переживания родных и близких», </w:t>
            </w: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«Наши чувства и действия», </w:t>
            </w: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«Почему трудно признавать вину?», </w:t>
            </w: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«Жизнь по собственному выбору» (8–9 кл.)</w:t>
            </w:r>
          </w:p>
          <w:p w:rsidR="004B2D3D" w:rsidRPr="00D06CDD" w:rsidRDefault="004B2D3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Тематические родительские собрания: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«Причины подростковых кризисов. Роль семьи в оказании поддержки ребенку»</w:t>
            </w:r>
          </w:p>
          <w:p w:rsidR="004B2D3D" w:rsidRDefault="004B2D3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Pr="00D06CDD" w:rsidRDefault="00264204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4B2D3D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1B365D"/>
                <w:sz w:val="28"/>
                <w:szCs w:val="28"/>
                <w:lang w:val="ru-RU"/>
              </w:rPr>
              <w:t>Предупреждение жестокого обращения с детьми:</w:t>
            </w: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Классные часы: </w:t>
            </w: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«Как разрешить конфликты мирным путем?», «Отношения мальчиков и девочек», </w:t>
            </w: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«Жить в мире с собой и другими», </w:t>
            </w: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«Права и обязанности подростка», </w:t>
            </w:r>
          </w:p>
          <w:p w:rsidR="004B2D3D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«Защити себя сам»</w:t>
            </w: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• Беседа ко Дню детского телефона доверия</w:t>
            </w:r>
          </w:p>
          <w:p w:rsidR="00C71019" w:rsidRPr="00D06CDD" w:rsidRDefault="00C71019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Родительские собрания: </w:t>
            </w: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«Право ребенка на защиту от всех форм жестокого обращения», </w:t>
            </w: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«Психологическое благополучие в семье»</w:t>
            </w:r>
          </w:p>
          <w:p w:rsidR="004B2D3D" w:rsidRPr="00D06CDD" w:rsidRDefault="004B2D3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1B365D"/>
                <w:sz w:val="28"/>
                <w:szCs w:val="28"/>
                <w:lang w:val="ru-RU"/>
              </w:rPr>
              <w:t>Профилактика школьного буллинга (травли):</w:t>
            </w: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Классные часы: 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«Бояться страшно. Действовать не страшно», «Способы разрешения конфликтов с ровесниками» (5–9 классы)</w:t>
            </w:r>
          </w:p>
          <w:p w:rsidR="0094769A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«Пути и способы разрешения конфликтов»; </w:t>
            </w:r>
          </w:p>
          <w:p w:rsidR="004B2D3D" w:rsidRPr="00D06CDD" w:rsidRDefault="004B2D3D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Родительские собрания: </w:t>
            </w:r>
          </w:p>
          <w:p w:rsidR="0094769A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«Буллинг в подростковой среде: причины, последствия, помощь ребенку»</w:t>
            </w:r>
          </w:p>
          <w:p w:rsidR="004B2D3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• Памятки для родителей: </w:t>
            </w:r>
          </w:p>
          <w:p w:rsidR="00CE1170" w:rsidRPr="00D06CDD" w:rsidRDefault="0094769A" w:rsidP="0094769A">
            <w:pPr>
              <w:spacing w:before="20"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«Что предпринять, если ребенок столкнулся с буллингом»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5-9</w:t>
            </w: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0919F7" w:rsidRDefault="006237C8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6237C8"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50507B" w:rsidRDefault="0050507B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50507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50507B" w:rsidRDefault="0050507B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7133B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045597" w:rsidRDefault="0004559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45597" w:rsidRDefault="0004559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45597" w:rsidRDefault="0004559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45597" w:rsidRDefault="00045597" w:rsidP="0004559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45597" w:rsidRDefault="00045597" w:rsidP="0004559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45597" w:rsidRDefault="00045597" w:rsidP="0004559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6F6332" w:rsidRDefault="006F6332" w:rsidP="0004559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F6332" w:rsidRDefault="006F6332" w:rsidP="0004559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F6332" w:rsidRDefault="006F6332" w:rsidP="0004559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F6332" w:rsidRDefault="006F6332" w:rsidP="0004559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F6332" w:rsidRDefault="006F6332" w:rsidP="0004559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F6332" w:rsidRDefault="006F6332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573F66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573F66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573F66" w:rsidRDefault="00573F66" w:rsidP="006F63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7E2BD4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8-11</w:t>
            </w:r>
          </w:p>
          <w:p w:rsidR="00A54625" w:rsidRDefault="00A54625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A54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247D87" w:rsidRDefault="00247D87" w:rsidP="00A54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A54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A54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A546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E75D61" w:rsidRDefault="00E75D61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75D61" w:rsidRDefault="00E75D61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75D61" w:rsidRDefault="00E75D61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75D61" w:rsidRDefault="00E75D61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621F59" w:rsidRDefault="00621F59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621F5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621F59" w:rsidRDefault="00621F59" w:rsidP="00247D87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CF0E2B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3928B3" w:rsidRDefault="003928B3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3928B3" w:rsidRDefault="003928B3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3928B3" w:rsidRDefault="003928B3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3928B3" w:rsidRDefault="003928B3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3928B3" w:rsidRDefault="003928B3" w:rsidP="003928B3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5-9</w:t>
            </w:r>
          </w:p>
          <w:p w:rsidR="003928B3" w:rsidRDefault="003928B3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6237C8" w:rsidRDefault="006237C8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6237C8">
              <w:rPr>
                <w:rFonts w:cs="Times New Roman"/>
                <w:sz w:val="28"/>
                <w:szCs w:val="28"/>
                <w:lang w:val="ru-RU"/>
              </w:rPr>
              <w:tab/>
            </w:r>
            <w:r w:rsidRPr="006237C8">
              <w:rPr>
                <w:rFonts w:cs="Times New Roman"/>
                <w:sz w:val="28"/>
                <w:szCs w:val="28"/>
                <w:lang w:val="ru-RU"/>
              </w:rPr>
              <w:tab/>
            </w: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E8214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E8214D" w:rsidRDefault="00E8214D" w:rsidP="00E8214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E8214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E8214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E8214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B30112" w:rsidRDefault="00B30112" w:rsidP="00E8214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B30112" w:rsidRDefault="00B30112" w:rsidP="00E8214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B30112" w:rsidRDefault="00B30112" w:rsidP="00E8214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B30112" w:rsidRDefault="00B30112" w:rsidP="00B3011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B30112" w:rsidRDefault="00B30112" w:rsidP="00B30112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E8214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D37517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D96ED9" w:rsidRDefault="00D96ED9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5-9</w:t>
            </w: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5-9</w:t>
            </w: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CE117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Pr="006237C8" w:rsidRDefault="00F43B4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B624C6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624C6">
              <w:rPr>
                <w:rFonts w:cs="Times New Roman"/>
                <w:sz w:val="28"/>
                <w:szCs w:val="28"/>
                <w:lang w:val="ru-RU"/>
              </w:rPr>
              <w:lastRenderedPageBreak/>
              <w:t>по необходимости</w:t>
            </w: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B624C6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6237C8">
              <w:rPr>
                <w:rFonts w:cs="Times New Roman"/>
                <w:sz w:val="28"/>
                <w:szCs w:val="28"/>
                <w:lang w:val="ru-RU"/>
              </w:rPr>
              <w:t>по необходимости</w:t>
            </w: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B624C6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919F7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1 раз в </w:t>
            </w:r>
            <w:r w:rsidR="00BF196B">
              <w:rPr>
                <w:rFonts w:cs="Times New Roman"/>
                <w:sz w:val="28"/>
                <w:szCs w:val="28"/>
                <w:lang w:val="ru-RU"/>
              </w:rPr>
              <w:t>четверть</w:t>
            </w: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Pr="0007133B" w:rsidRDefault="000919F7" w:rsidP="006237C8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07133B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07133B" w:rsidRDefault="0007133B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Сентябрь-ноябрь</w:t>
            </w:r>
          </w:p>
          <w:p w:rsidR="006237C8" w:rsidRPr="0007133B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07133B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07133B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07133B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07133B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Pr="0007133B" w:rsidRDefault="00045597" w:rsidP="0004559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 течение года</w:t>
            </w:r>
          </w:p>
          <w:p w:rsidR="006237C8" w:rsidRPr="0007133B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F6332" w:rsidRDefault="006F6332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F6332" w:rsidRDefault="006F6332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F6332" w:rsidRDefault="006F6332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6F6332" w:rsidRDefault="006F6332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Осень-весна</w:t>
            </w: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Апрель</w:t>
            </w: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По необходимости</w:t>
            </w: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 раз в четверть</w:t>
            </w:r>
          </w:p>
          <w:p w:rsidR="007E2BD4" w:rsidRDefault="007E2BD4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7E2BD4" w:rsidRDefault="007E2BD4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7E2BD4" w:rsidRDefault="007E2BD4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7E2BD4" w:rsidRDefault="007E2BD4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По плану</w:t>
            </w:r>
          </w:p>
          <w:p w:rsidR="00A54625" w:rsidRDefault="00A54625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 начале и конце учебного года</w:t>
            </w:r>
          </w:p>
          <w:p w:rsidR="00247D87" w:rsidRDefault="00247D87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 течение года</w:t>
            </w:r>
          </w:p>
          <w:p w:rsidR="00E75D61" w:rsidRDefault="00E75D61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75D61" w:rsidRDefault="00E75D61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75D61" w:rsidRDefault="00677069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 раз в четверть</w:t>
            </w:r>
          </w:p>
          <w:p w:rsidR="00E75D61" w:rsidRDefault="00E75D61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1F59" w:rsidRDefault="00621F59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 течение года</w:t>
            </w:r>
          </w:p>
          <w:p w:rsidR="00CF0E2B" w:rsidRDefault="00CF0E2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По необходимости</w:t>
            </w:r>
          </w:p>
          <w:p w:rsidR="003928B3" w:rsidRDefault="003928B3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3928B3" w:rsidRDefault="003928B3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3928B3" w:rsidRDefault="003928B3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3928B3" w:rsidRDefault="003928B3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3928B3" w:rsidRDefault="003928B3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В течение учебного года</w:t>
            </w: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 течение учебного года</w:t>
            </w:r>
          </w:p>
          <w:p w:rsidR="00E8214D" w:rsidRDefault="00E8214D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 течение учебного года</w:t>
            </w:r>
          </w:p>
          <w:p w:rsidR="00E8214D" w:rsidRDefault="00E8214D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B30112" w:rsidRDefault="00B30112" w:rsidP="00B3011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По необходимости</w:t>
            </w: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37517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до каникулярного времени</w:t>
            </w: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Сентябрь</w:t>
            </w: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 раз в четверть</w:t>
            </w: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26420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 раз в четверть</w:t>
            </w: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 раз в четверть</w:t>
            </w: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 раз в четверть</w:t>
            </w: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Начало учебного года</w:t>
            </w:r>
          </w:p>
          <w:p w:rsidR="00CE1170" w:rsidRDefault="00CE1170" w:rsidP="00D96E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По необходимости</w:t>
            </w:r>
          </w:p>
          <w:p w:rsidR="00D37517" w:rsidRPr="0007133B" w:rsidRDefault="00D37517" w:rsidP="00247D87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Зам. директора по ВР, социальный педагог, психологи, классные руководители</w:t>
            </w: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6237C8">
              <w:rPr>
                <w:rFonts w:cs="Times New Roman"/>
                <w:sz w:val="28"/>
                <w:szCs w:val="28"/>
                <w:lang w:val="ru-RU"/>
              </w:rPr>
              <w:t>Зам. директора по ВР, социальный педагог, психологи, классные руководители</w:t>
            </w: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6237C8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50507B" w:rsidRDefault="0050507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0507B" w:rsidRDefault="0050507B" w:rsidP="0050507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6237C8">
              <w:rPr>
                <w:rFonts w:cs="Times New Roman"/>
                <w:sz w:val="28"/>
                <w:szCs w:val="28"/>
                <w:lang w:val="ru-RU"/>
              </w:rPr>
              <w:t>Зам. директора по ВР, социальный педагог, психологи, классные руководители</w:t>
            </w:r>
          </w:p>
          <w:p w:rsidR="0050507B" w:rsidRDefault="0050507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7133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руководители, вожатые</w:t>
            </w: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38792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руководители, учителя предметники</w:t>
            </w: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0919F7" w:rsidRDefault="000919F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029AF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Учителя 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физ.культуры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, преподаватель ОБЗР</w:t>
            </w: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237C8" w:rsidRDefault="006237C8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573F66" w:rsidRDefault="00573F66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руководители, 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соц.педагог</w:t>
            </w:r>
            <w:proofErr w:type="gramEnd"/>
          </w:p>
          <w:p w:rsidR="00573F66" w:rsidRDefault="00573F66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573F66" w:rsidRDefault="00573F66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7E2BD4" w:rsidRDefault="007E2BD4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7E2BD4" w:rsidRDefault="007E2BD4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7E2BD4" w:rsidRDefault="007E2BD4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7E2BD4" w:rsidRDefault="007E2BD4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Соц.педагог, педагог-психолог</w:t>
            </w:r>
          </w:p>
          <w:p w:rsidR="00A54625" w:rsidRDefault="00A54625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A54625" w:rsidRDefault="00A54625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Зам.директора по ВР</w:t>
            </w:r>
          </w:p>
          <w:p w:rsidR="00247D87" w:rsidRDefault="00247D8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47D87" w:rsidRDefault="00247D8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руководители, социальный педагог</w:t>
            </w:r>
          </w:p>
          <w:p w:rsidR="00247D87" w:rsidRDefault="00247D87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677069" w:rsidRDefault="00677069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Классный руководитель</w:t>
            </w:r>
          </w:p>
          <w:p w:rsidR="00CF0E2B" w:rsidRDefault="00CF0E2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CF0E2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руководители, социальный педагог</w:t>
            </w:r>
          </w:p>
          <w:p w:rsidR="00CF0E2B" w:rsidRDefault="00CF0E2B" w:rsidP="00CF0E2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CF0E2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CF0E2B" w:rsidP="00CF0E2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руководители, социальный педагог, зам.</w:t>
            </w:r>
            <w:r w:rsidR="003928B3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>директора по ВР</w:t>
            </w:r>
          </w:p>
          <w:p w:rsidR="003928B3" w:rsidRDefault="003928B3" w:rsidP="00CF0E2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3928B3" w:rsidRDefault="003928B3" w:rsidP="00CF0E2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3928B3" w:rsidRDefault="003928B3" w:rsidP="00CF0E2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3928B3" w:rsidRDefault="003928B3" w:rsidP="00CF0E2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Классные руководители</w:t>
            </w: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F0E2B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классного руководителя, социального педагога, психолога, инспектора ПДН</w:t>
            </w: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B30112" w:rsidRDefault="00B30112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B30112" w:rsidRDefault="00B30112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B30112" w:rsidRDefault="00B30112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B30112" w:rsidRDefault="00B30112" w:rsidP="00B30112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B30112" w:rsidRDefault="00B30112" w:rsidP="00E8214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E8214D" w:rsidRDefault="00E8214D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F43B4B" w:rsidRDefault="00F43B4B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26420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264204" w:rsidRDefault="00264204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F43B4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CE1170" w:rsidRDefault="00CE1170" w:rsidP="00CE1170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Классные руководители</w:t>
            </w: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D96ED9" w:rsidRDefault="00D96ED9" w:rsidP="00D96ED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F43B4B" w:rsidRPr="00D06CDD" w:rsidRDefault="00F43B4B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94769A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Беседы по безопасности учащихся в период каникул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Окончание четверти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94769A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Неделя правовых знаний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13-20 ноября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руководители, учитель обществознания</w:t>
            </w:r>
          </w:p>
        </w:tc>
      </w:tr>
      <w:tr w:rsidR="0094769A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Беседы по пожарной безопасности, правилах безопасности на водоемах в зимний период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Окончание 2 четверти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94769A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Беседы с учащимися по правилам безопасности в период весенних каникул и «Осторожно, гололед»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Окончание 3 четверти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94769A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Беседы, посвящённые правилам пожарной безопасности, поведения в лесу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1F20A3" w:rsidRDefault="001F20A3" w:rsidP="0094769A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руководители, </w:t>
            </w:r>
            <w:r w:rsidR="0094769A" w:rsidRPr="001F20A3">
              <w:rPr>
                <w:rFonts w:cs="Times New Roman"/>
                <w:sz w:val="28"/>
                <w:szCs w:val="28"/>
                <w:lang w:val="ru-RU"/>
              </w:rPr>
              <w:t>Преподаватель-организатор ОБЗР</w:t>
            </w:r>
          </w:p>
        </w:tc>
      </w:tr>
      <w:tr w:rsidR="0094769A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Правила безопасного поведения на летних каникулах. </w:t>
            </w:r>
            <w:r w:rsidRPr="00D06CDD">
              <w:rPr>
                <w:rFonts w:cs="Times New Roman"/>
                <w:sz w:val="28"/>
                <w:szCs w:val="28"/>
              </w:rPr>
              <w:t>Инструктажи по ПДД, ППБ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22-26 мая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4769A" w:rsidRPr="00D06CDD" w:rsidRDefault="0094769A" w:rsidP="009476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0C4648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0C4648">
        <w:rPr>
          <w:rFonts w:cs="Times New Roman"/>
          <w:b/>
          <w:color w:val="FF0000"/>
          <w:sz w:val="28"/>
          <w:szCs w:val="28"/>
          <w:lang w:val="ru-RU"/>
        </w:rPr>
        <w:t xml:space="preserve">2.9. </w:t>
      </w:r>
      <w:r w:rsidRPr="000C4648">
        <w:rPr>
          <w:rFonts w:cs="Times New Roman"/>
          <w:color w:val="FF0000"/>
          <w:sz w:val="28"/>
          <w:szCs w:val="28"/>
          <w:lang w:val="ru-RU"/>
        </w:rPr>
        <w:t>Модуль 9. «Организация среды, медиа, профориентация, одаренные дети»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Оформление классных уголков и </w:t>
            </w:r>
            <w:r w:rsidR="00760EA7">
              <w:rPr>
                <w:rFonts w:cs="Times New Roman"/>
                <w:sz w:val="28"/>
                <w:szCs w:val="28"/>
                <w:lang w:val="ru-RU"/>
              </w:rPr>
              <w:t>школьного пространства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19 сентября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руководители, </w:t>
            </w:r>
            <w:r w:rsidR="000A060E">
              <w:rPr>
                <w:rFonts w:cs="Times New Roman"/>
                <w:sz w:val="28"/>
                <w:szCs w:val="28"/>
                <w:lang w:val="ru-RU"/>
              </w:rPr>
              <w:t>советник. Зам.директора по 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Тематические выставки в школьной библиотеке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Педагог-библиотекарь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Выставка Новогодних плакатов, День Победы, и др.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 1 декабря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Новогоднее оформление кабинетов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 15 декабря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Тематическое оформление рекреаций, актового зала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Вожатые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Выставка плакатов «Помним. Гордимся. Чтим»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 20 апреля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Публикация новостей в госпабликах ВК и на сайте школы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DA50CA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Зам.директора, советник, медиагруппа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Проведение пришкольных детских лагерей по профильным </w:t>
            </w:r>
            <w:r w:rsidR="009D1181">
              <w:rPr>
                <w:rFonts w:cs="Times New Roman"/>
                <w:sz w:val="28"/>
                <w:szCs w:val="28"/>
                <w:lang w:val="ru-RU"/>
              </w:rPr>
              <w:t>сменам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5-8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 - август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9D1181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Зам. директора по ВР,</w:t>
            </w:r>
            <w:r w:rsidR="003474AC" w:rsidRPr="00D06CDD">
              <w:rPr>
                <w:rFonts w:cs="Times New Roman"/>
                <w:sz w:val="28"/>
                <w:szCs w:val="28"/>
                <w:lang w:val="ru-RU"/>
              </w:rPr>
              <w:t xml:space="preserve"> начальники ЛО</w:t>
            </w:r>
            <w:r>
              <w:rPr>
                <w:rFonts w:cs="Times New Roman"/>
                <w:sz w:val="28"/>
                <w:szCs w:val="28"/>
                <w:lang w:val="ru-RU"/>
              </w:rPr>
              <w:t>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Тематические экскурсии на предприятия поселка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Педагог-навигатор,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Профориентационная работа по подготовке к выбору профиля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Учителя-предметники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Занятия в рамках проекта по профминимуму «Билет в будущее»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Раз в неделю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Педагоги-навигаторы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олимпиада школьников (школьный этап)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 – октябрь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Заместитель директора по УВР, учителя-предметники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олимпиада школьников (муниципальный этап)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 - декабрь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Спортивные соревнования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5-9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C71019" w:rsidRDefault="00C7101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Учителя</w:t>
            </w:r>
            <w:r w:rsidR="00021F43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физ.культуры</w:t>
            </w:r>
            <w:proofErr w:type="gramEnd"/>
          </w:p>
        </w:tc>
      </w:tr>
    </w:tbl>
    <w:p w:rsidR="00E9310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C71019" w:rsidRDefault="00C71019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C71019" w:rsidRDefault="00C71019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C71019" w:rsidRDefault="00C71019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C71019" w:rsidRDefault="00C71019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C71019" w:rsidRDefault="00C71019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C71019" w:rsidRDefault="00C71019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CE1170" w:rsidRDefault="00CE1170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CE1170" w:rsidRDefault="00CE1170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C71019" w:rsidRPr="00D06CDD" w:rsidRDefault="00C71019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DB04CB" w:rsidRPr="00DB04CB" w:rsidRDefault="003474AC" w:rsidP="00D06CDD">
      <w:pPr>
        <w:keepNext/>
        <w:spacing w:before="280" w:after="0" w:line="240" w:lineRule="auto"/>
        <w:rPr>
          <w:rFonts w:cs="Times New Roman"/>
          <w:b/>
          <w:color w:val="1B365D"/>
          <w:sz w:val="28"/>
          <w:szCs w:val="28"/>
          <w:lang w:val="ru-RU"/>
        </w:rPr>
      </w:pPr>
      <w:r w:rsidRPr="00D06CDD">
        <w:rPr>
          <w:rFonts w:cs="Times New Roman"/>
          <w:b/>
          <w:color w:val="1B365D"/>
          <w:sz w:val="28"/>
          <w:szCs w:val="28"/>
          <w:lang w:val="ru-RU"/>
        </w:rPr>
        <w:lastRenderedPageBreak/>
        <w:t xml:space="preserve">РАЗДЕЛ </w:t>
      </w:r>
      <w:r w:rsidRPr="00D06CDD">
        <w:rPr>
          <w:rFonts w:cs="Times New Roman"/>
          <w:b/>
          <w:color w:val="1B365D"/>
          <w:sz w:val="28"/>
          <w:szCs w:val="28"/>
        </w:rPr>
        <w:t>III</w:t>
      </w:r>
      <w:r w:rsidRPr="00D06CDD">
        <w:rPr>
          <w:rFonts w:cs="Times New Roman"/>
          <w:b/>
          <w:color w:val="1B365D"/>
          <w:sz w:val="28"/>
          <w:szCs w:val="28"/>
          <w:lang w:val="ru-RU"/>
        </w:rPr>
        <w:t>. СРЕДНЯЯ ШКОЛА (10–11 КЛАССЫ)</w:t>
      </w:r>
    </w:p>
    <w:p w:rsidR="00E9310D" w:rsidRPr="00DB04CB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</w:rPr>
      </w:pPr>
      <w:r w:rsidRPr="00DB04CB">
        <w:rPr>
          <w:rFonts w:cs="Times New Roman"/>
          <w:b/>
          <w:color w:val="FF0000"/>
          <w:sz w:val="28"/>
          <w:szCs w:val="28"/>
        </w:rPr>
        <w:t xml:space="preserve">3.1. </w:t>
      </w:r>
      <w:r w:rsidRPr="00DB04CB">
        <w:rPr>
          <w:rFonts w:cs="Times New Roman"/>
          <w:color w:val="FF0000"/>
          <w:sz w:val="28"/>
          <w:szCs w:val="28"/>
        </w:rPr>
        <w:t>Модуль 1. «Общешкольные праздники»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Торжественная линейка «День Знаний»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57F7B" w:rsidRDefault="00D57F7B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Зам.директора по ВР, советник,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Классный час «Зачем человеку учиться?». Всероссийский открытый урок культуры безопасности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Подъем Флага РФ и исполнение Гимна РФ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Каждый 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Директор школы, зам. директора по ВР, знаменная группа, кл. рук.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«День Самоуправления»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 октября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казачьей воинской славы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 октября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Советник директора по воспитанию, учителя истории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символов Ростовской области: герба, флага и гимна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28 октября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Учителя обществознания и истории,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Осенний бал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Гришкова С.П. (орг. 10а кл.)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Военно-патриотическая акция «Мы вместе» 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57F7B" w:rsidRDefault="00D57F7B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руководители, </w:t>
            </w:r>
            <w:r w:rsidR="00832F99">
              <w:rPr>
                <w:rFonts w:cs="Times New Roman"/>
                <w:sz w:val="28"/>
                <w:szCs w:val="28"/>
                <w:lang w:val="ru-RU"/>
              </w:rPr>
              <w:t>зам. директора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по ВР, руководители отрядов детских объединений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Акция, посвященная «Всемирному дню ребенка»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13-20 ноября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Общешкольное мероприятие «День благодарности матерям» ко Дню матери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28 ноября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руководители, вожатые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день матери (акция)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29 ноября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832F99" w:rsidRDefault="00832F99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руководители, руководители отрядов детских объединений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День Героев Отечества 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 декабря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учителя истории, юнармейцы</w:t>
            </w:r>
            <w:r w:rsidR="00832F99">
              <w:rPr>
                <w:rFonts w:cs="Times New Roman"/>
                <w:sz w:val="28"/>
                <w:szCs w:val="28"/>
                <w:lang w:val="ru-RU"/>
              </w:rPr>
              <w:t>, Хранители истории</w:t>
            </w:r>
          </w:p>
        </w:tc>
      </w:tr>
      <w:tr w:rsidR="00832F99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832F99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Новогодний вечер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Фетисова Д.А. (орг. 9в кл.)</w:t>
            </w:r>
          </w:p>
        </w:tc>
      </w:tr>
      <w:tr w:rsidR="00832F99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Встреча выпускников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Носаева Г.С. Дядиченко Н.Н. Пасечник О.А. (орг. 11а 11б)</w:t>
            </w:r>
          </w:p>
        </w:tc>
      </w:tr>
      <w:tr w:rsidR="00832F99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Патриотическая акция «Патриот, помни эту дату!»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14.02.2026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руководители отрядов детских объединений</w:t>
            </w:r>
          </w:p>
        </w:tc>
      </w:tr>
      <w:tr w:rsidR="00832F99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Мероприятия, посвященные 37-й годовщине вывода советских войск из Афганистана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15 февраля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руководители отрядов детских объединений</w:t>
            </w:r>
          </w:p>
        </w:tc>
      </w:tr>
      <w:tr w:rsidR="00832F99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Конкурс чтецов «Живая классика»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Учителя литературы</w:t>
            </w:r>
          </w:p>
        </w:tc>
      </w:tr>
      <w:tr w:rsidR="00832F99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23 февраля День Защиты Отечества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Иванов И.Е. Телегин С.М., (орг. 10б кл.)</w:t>
            </w:r>
          </w:p>
        </w:tc>
      </w:tr>
      <w:tr w:rsidR="00832F99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«Вперед, мальчишки» «А ну-ка, парни»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 февраля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Учитель ОБЖ, учителя физической культуры</w:t>
            </w:r>
          </w:p>
        </w:tc>
      </w:tr>
      <w:tr w:rsidR="00832F99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Молодежная военно-патриотическая акция «День призывника»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832F99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Педагог ОБЗР, НВП</w:t>
            </w:r>
          </w:p>
        </w:tc>
      </w:tr>
      <w:tr w:rsidR="00832F99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480A16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Мероприятия к 8 марта</w:t>
            </w:r>
            <w:r w:rsidR="00480A16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5-6 марта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Вожатые, классные руководители</w:t>
            </w:r>
          </w:p>
        </w:tc>
      </w:tr>
      <w:tr w:rsidR="00832F99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«Равнение на Героев»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5-11 мая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480A16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руководители отрядов детских объединений</w:t>
            </w:r>
          </w:p>
        </w:tc>
      </w:tr>
      <w:tr w:rsidR="00832F99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Мероприяти</w:t>
            </w:r>
            <w:r w:rsidR="00480A16">
              <w:rPr>
                <w:rFonts w:cs="Times New Roman"/>
                <w:sz w:val="28"/>
                <w:szCs w:val="28"/>
                <w:lang w:val="ru-RU"/>
              </w:rPr>
              <w:t>я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«Помним. Гордимся. Чтим», «Героям посвящается»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6-8 мая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вожатые, классные руководители</w:t>
            </w:r>
          </w:p>
        </w:tc>
      </w:tr>
      <w:tr w:rsidR="00832F99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9 мая День победы. Бессмертный полк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руководители, </w:t>
            </w:r>
            <w:r w:rsidR="00353CF4">
              <w:rPr>
                <w:rFonts w:cs="Times New Roman"/>
                <w:sz w:val="28"/>
                <w:szCs w:val="28"/>
                <w:lang w:val="ru-RU"/>
              </w:rPr>
              <w:t>вожатые. Учитель музыки</w:t>
            </w:r>
          </w:p>
        </w:tc>
      </w:tr>
      <w:tr w:rsidR="00832F99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в акции «Окна Победы», «Георгиевская ленточка», «Бессмертный полк» и др.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1-9 мая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советник, классные руководители, актив класса</w:t>
            </w:r>
          </w:p>
        </w:tc>
      </w:tr>
      <w:tr w:rsidR="00832F99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Участие в Митинге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 мая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вожатые, классные руководители</w:t>
            </w:r>
          </w:p>
        </w:tc>
      </w:tr>
      <w:tr w:rsidR="00832F99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Торжественная линейка «Последний звонок»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3B0DBB" w:rsidRDefault="003B0DBB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Зам.директора по ВР, советник, классные руководители 1-х,4-х,9-х,11-х классов</w:t>
            </w:r>
          </w:p>
        </w:tc>
      </w:tr>
      <w:tr w:rsidR="00832F99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Торжественные мероприятия ко Дню России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7456F6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Вожатые, начальник летнего лагеря</w:t>
            </w:r>
          </w:p>
        </w:tc>
      </w:tr>
      <w:tr w:rsidR="00832F99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молодежная акция «Свеча памяти»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22 июня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7456F6" w:rsidP="00832F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руководители отрядов детских </w:t>
            </w: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объединений</w:t>
            </w:r>
          </w:p>
        </w:tc>
      </w:tr>
      <w:tr w:rsidR="00832F99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Торжественное вручение аттестатов. Выпускной вечер 2027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7456F6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Зам.директора по ВР, советник, 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вожатые,классные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 руководители 11-х</w:t>
            </w:r>
          </w:p>
        </w:tc>
      </w:tr>
      <w:tr w:rsidR="00832F99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Акция «Письма солдату», сбор помощи военнослужащим (СВО)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классные руководители</w:t>
            </w:r>
            <w:r w:rsidR="0097755D">
              <w:rPr>
                <w:rFonts w:cs="Times New Roman"/>
                <w:sz w:val="28"/>
                <w:szCs w:val="28"/>
                <w:lang w:val="ru-RU"/>
              </w:rPr>
              <w:t>, руководители отрядов детских объединений</w:t>
            </w:r>
          </w:p>
        </w:tc>
      </w:tr>
      <w:tr w:rsidR="00832F99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Памятные мероприятия, посвященные освобождению городов и районов области от немецко-фашистских захватчиков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 - август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учителя истории</w:t>
            </w:r>
            <w:r w:rsidR="00A875F1">
              <w:rPr>
                <w:rFonts w:cs="Times New Roman"/>
                <w:sz w:val="28"/>
                <w:szCs w:val="28"/>
                <w:lang w:val="ru-RU"/>
              </w:rPr>
              <w:t>, вожатые, советник</w:t>
            </w:r>
          </w:p>
        </w:tc>
      </w:tr>
      <w:tr w:rsidR="00832F99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30 августа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832F99" w:rsidRPr="00D06CDD" w:rsidRDefault="00832F99" w:rsidP="00832F99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руководители, </w:t>
            </w:r>
            <w:r w:rsidR="00BE68D4">
              <w:rPr>
                <w:rFonts w:cs="Times New Roman"/>
                <w:sz w:val="28"/>
                <w:szCs w:val="28"/>
                <w:lang w:val="ru-RU"/>
              </w:rPr>
              <w:t>руководители отрядов детских объединений</w:t>
            </w:r>
          </w:p>
        </w:tc>
      </w:tr>
    </w:tbl>
    <w:p w:rsidR="00E9310D" w:rsidRPr="00B624C6" w:rsidRDefault="00E9310D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E9310D" w:rsidRPr="00CE5C74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</w:rPr>
      </w:pPr>
      <w:r w:rsidRPr="00CE5C74">
        <w:rPr>
          <w:rFonts w:cs="Times New Roman"/>
          <w:b/>
          <w:color w:val="FF0000"/>
          <w:sz w:val="28"/>
          <w:szCs w:val="28"/>
        </w:rPr>
        <w:t xml:space="preserve">3.2. </w:t>
      </w:r>
      <w:r w:rsidRPr="00CE5C74">
        <w:rPr>
          <w:rFonts w:cs="Times New Roman"/>
          <w:color w:val="FF0000"/>
          <w:sz w:val="28"/>
          <w:szCs w:val="28"/>
        </w:rPr>
        <w:t>Модуль 2. «Классное руководство»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Заседание МО классных руководителей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Зам. директора по 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Проведение классных часов, Даты и темы планируются для своего класса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Организация занятости учащихся во внеурочное время в кружках, секциях, ДОП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16 сентября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Зам. директора,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Оформление классных уголков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19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Проверка планирования воспитательной работы с классами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 18 сентября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Зам. директора по 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Заседание МО классных руководителей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сентябрь, апрель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Зам. директора по 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Анализ ВР с классом за уч. год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05 июня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Организация летней занятости учащихся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 - июнь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Составление социального паспорта класса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Август - сентябрь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255633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255633">
        <w:rPr>
          <w:rFonts w:cs="Times New Roman"/>
          <w:b/>
          <w:color w:val="FF0000"/>
          <w:sz w:val="28"/>
          <w:szCs w:val="28"/>
          <w:lang w:val="ru-RU"/>
        </w:rPr>
        <w:t xml:space="preserve">3.3. </w:t>
      </w:r>
      <w:r w:rsidRPr="00255633">
        <w:rPr>
          <w:rFonts w:cs="Times New Roman"/>
          <w:color w:val="FF0000"/>
          <w:sz w:val="28"/>
          <w:szCs w:val="28"/>
          <w:lang w:val="ru-RU"/>
        </w:rPr>
        <w:t xml:space="preserve">Модуль 3. «Внеурочная и урочная деятельность» 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Курсы внеурочной деятельности согласно утвержденному расписанию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Еженедельно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Руководители курсов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Курс внеурочной деятельности «Россия — мои горизонты»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Еженедельно по четвергам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руководители, педагоги-навигаторы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Проектная деятельность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Учителя-предметники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просветительская акция «Диктант Победы»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апрель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учителя истории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просветительская акция «Географический диктант»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учителя географии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Николай Иванович Путилов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Рихард Зорге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Федор Петрович Гааз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Илья Муромец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Протоиерей Михаил Васильев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Соцсети. Как защититься от мошенников. Безопасность в сети Интернет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Семья Расулевых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(10-11 классы). Князь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Дмитрий Пожарский и земский староста Кузьма Минин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Хан Дондук Даши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Петр Степанович Котляревский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Дарья Севастопольская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Павел Михайлович Третьяков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Преподобномученица Елизавета Федоровна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Александр Васильевич Суворов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80 лет отечественному хоккею: история спортивной гордости России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Александра Николаевна Пахмутова и Николай Николаевич Добронравов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Ерофей Павлович Хабаров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«Разговоры о важном» (10-11 классы). Владимир </w:t>
            </w:r>
            <w:r w:rsidRPr="00D06CDD">
              <w:rPr>
                <w:rFonts w:cs="Times New Roman"/>
                <w:sz w:val="28"/>
                <w:szCs w:val="28"/>
              </w:rPr>
              <w:t>I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Святославич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Алексей Петрович Маресьев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Лев Яшин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«Разговоры о важном» (10-11 классы). День российской науки: люди и открытия, которые изменили мир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Федор Федорович Ушаков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Дмитрий Донской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Святая равноапостольная княгиня Ольга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Святитель Лука Войно-Ясенецкий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Региональное занятие. «Путешествуем по России: культура родного края»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Сергей Павлович Королёв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Юрий Алексеевич Гагарин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Братья Бельские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Юрий Борисович Левитан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Александр Сергеевич Пушкин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«Разговоры о важном» (10-11 классы). Ценности, которые нас объединяют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10-11 классов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D06CDD" w:rsidRDefault="003474AC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  <w:r w:rsidRPr="00D06CDD">
        <w:rPr>
          <w:rFonts w:cs="Times New Roman"/>
          <w:b/>
          <w:color w:val="1B365D"/>
          <w:sz w:val="28"/>
          <w:szCs w:val="28"/>
          <w:lang w:val="ru-RU"/>
        </w:rPr>
        <w:lastRenderedPageBreak/>
        <w:t xml:space="preserve">3.4. </w:t>
      </w:r>
      <w:r w:rsidRPr="00D06CDD">
        <w:rPr>
          <w:rFonts w:cs="Times New Roman"/>
          <w:sz w:val="28"/>
          <w:szCs w:val="28"/>
          <w:lang w:val="ru-RU"/>
        </w:rPr>
        <w:t>Модуль 4. «Взаимодействие с родителями (законными представителями)»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Заседания Родительских комитетов классов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Председатели родительских комитетов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Родительские собрания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 раза в год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день отц</w:t>
            </w:r>
            <w:r w:rsidR="00A60492">
              <w:rPr>
                <w:rFonts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 октября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Раздел «Информация для родителей» на сайте школы и в групповых чатах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31477B" w:rsidRDefault="0031477B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Зам.директора по воспитанию, советник, вожатые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Индивидуальная работа с семьями: ТЖС, малообеспеченными, группы риска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31477B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  <w:r w:rsidR="0031477B">
              <w:rPr>
                <w:rFonts w:cs="Times New Roman"/>
                <w:sz w:val="28"/>
                <w:szCs w:val="28"/>
                <w:lang w:val="ru-RU"/>
              </w:rPr>
              <w:t>, соц. педагог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Работа с родителями по организации горячего питания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 - май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31477B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31477B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  <w:r w:rsidR="0031477B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gramStart"/>
            <w:r w:rsidR="0031477B">
              <w:rPr>
                <w:rFonts w:cs="Times New Roman"/>
                <w:sz w:val="28"/>
                <w:szCs w:val="28"/>
                <w:lang w:val="ru-RU"/>
              </w:rPr>
              <w:t>зам.директора</w:t>
            </w:r>
            <w:proofErr w:type="gramEnd"/>
            <w:r w:rsidR="0031477B">
              <w:rPr>
                <w:rFonts w:cs="Times New Roman"/>
                <w:sz w:val="28"/>
                <w:szCs w:val="28"/>
                <w:lang w:val="ru-RU"/>
              </w:rPr>
              <w:t xml:space="preserve"> по ВР</w:t>
            </w:r>
          </w:p>
        </w:tc>
      </w:tr>
    </w:tbl>
    <w:p w:rsidR="00E9310D" w:rsidRPr="0031477B" w:rsidRDefault="00E9310D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E9310D" w:rsidRPr="0031477B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31477B">
        <w:rPr>
          <w:rFonts w:cs="Times New Roman"/>
          <w:b/>
          <w:color w:val="FF0000"/>
          <w:sz w:val="28"/>
          <w:szCs w:val="28"/>
          <w:lang w:val="ru-RU"/>
        </w:rPr>
        <w:t xml:space="preserve">3.5. </w:t>
      </w:r>
      <w:r w:rsidRPr="0031477B">
        <w:rPr>
          <w:rFonts w:cs="Times New Roman"/>
          <w:color w:val="FF0000"/>
          <w:sz w:val="28"/>
          <w:szCs w:val="28"/>
          <w:lang w:val="ru-RU"/>
        </w:rPr>
        <w:t>Модуль 5. «Детские общественные объединения» и самоуправление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Дни единых действий по плану «Движения первых», Юнармия, ЮИД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первичного отделения Первых, советник, руководитель ЮИД</w:t>
            </w:r>
            <w:r w:rsidR="00CD4405">
              <w:rPr>
                <w:rFonts w:cs="Times New Roman"/>
                <w:sz w:val="28"/>
                <w:szCs w:val="28"/>
                <w:lang w:val="ru-RU"/>
              </w:rPr>
              <w:t>, волонтеров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Торжественное вступление в ряды участников </w:t>
            </w:r>
            <w:r w:rsidR="00CD4405">
              <w:rPr>
                <w:rFonts w:cs="Times New Roman"/>
                <w:sz w:val="28"/>
                <w:szCs w:val="28"/>
                <w:lang w:val="ru-RU"/>
              </w:rPr>
              <w:t>детских объединений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CD4405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руководители отрядов детских объединений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Юнармейский календарь дней единых действий (памятные даты России и ВС РФ)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A13BBA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руководители отряда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Акции по сохранению исторической памяти «Верни Герою имя», «Хранители истории»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A13BBA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руководители отрядов детских объединений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Патриотическая акция «Письмо солдату»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A13BBA" w:rsidRDefault="00A13BBA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Классные руководители, учителя русского и литературы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социальный проект «</w:t>
            </w:r>
            <w:r w:rsidR="00056A6D">
              <w:rPr>
                <w:rFonts w:cs="Times New Roman"/>
                <w:sz w:val="28"/>
                <w:szCs w:val="28"/>
                <w:lang w:val="ru-RU"/>
              </w:rPr>
              <w:t>Вожатство.</w:t>
            </w:r>
            <w:r w:rsidR="00290362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Наставничество»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B33C0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r w:rsidR="00056A6D">
              <w:rPr>
                <w:rFonts w:cs="Times New Roman"/>
                <w:sz w:val="28"/>
                <w:szCs w:val="28"/>
                <w:lang w:val="ru-RU"/>
              </w:rPr>
              <w:t>уководител</w:t>
            </w:r>
            <w:r>
              <w:rPr>
                <w:rFonts w:cs="Times New Roman"/>
                <w:sz w:val="28"/>
                <w:szCs w:val="28"/>
                <w:lang w:val="ru-RU"/>
              </w:rPr>
              <w:t>ь первичного отделения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Юнармейский благотворительный проект «Миллион добрых дел»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D56CF9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руководители отряда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Наставническая деятельность старшеклассников в отряде ЮИД «Радар»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во Всероссийских проектах «Движения первых»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 плану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56CF9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56CF9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  <w:r w:rsidR="00D56CF9">
              <w:rPr>
                <w:rFonts w:cs="Times New Roman"/>
                <w:sz w:val="28"/>
                <w:szCs w:val="28"/>
                <w:lang w:val="ru-RU"/>
              </w:rPr>
              <w:t>, вожатые, советник, куратор первичного отделения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Участие в благотворительных акциях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6403FE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6403FE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  <w:r w:rsidR="006403FE">
              <w:rPr>
                <w:rFonts w:cs="Times New Roman"/>
                <w:sz w:val="28"/>
                <w:szCs w:val="28"/>
                <w:lang w:val="ru-RU"/>
              </w:rPr>
              <w:t>, руководители отрядов детских объединений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Организация дежурства по школе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Организация дежурства по классу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Совет Актива обучающихся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раз в месяц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советник директора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во Всероссийских, Региональных, муниципальных проектах, Акциях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 плану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классные руководители</w:t>
            </w:r>
          </w:p>
        </w:tc>
      </w:tr>
      <w:tr w:rsidR="00A711BB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711BB" w:rsidRPr="00D06CDD" w:rsidRDefault="00A711BB" w:rsidP="00A711B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Праздничная акция ЮИД «Самой прекрасной половине планеты»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711BB" w:rsidRPr="00D06CDD" w:rsidRDefault="00A711BB" w:rsidP="00A711B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711BB" w:rsidRPr="00D06CDD" w:rsidRDefault="00A711BB" w:rsidP="00A711B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711BB" w:rsidRPr="00D06CDD" w:rsidRDefault="00A711BB" w:rsidP="00A711BB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ЮИД, актив старшеклассников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E9310D" w:rsidRPr="00F53D0E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F53D0E">
        <w:rPr>
          <w:rFonts w:cs="Times New Roman"/>
          <w:b/>
          <w:color w:val="FF0000"/>
          <w:sz w:val="28"/>
          <w:szCs w:val="28"/>
          <w:lang w:val="ru-RU"/>
        </w:rPr>
        <w:t xml:space="preserve">3.6. </w:t>
      </w:r>
      <w:r w:rsidRPr="00F53D0E">
        <w:rPr>
          <w:rFonts w:cs="Times New Roman"/>
          <w:color w:val="FF0000"/>
          <w:sz w:val="28"/>
          <w:szCs w:val="28"/>
          <w:lang w:val="ru-RU"/>
        </w:rPr>
        <w:t xml:space="preserve">Модуль 6. «Профилактика и безопасность» 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 xml:space="preserve">Ответственные лица 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Беседы о правилах ПДД, ППБ, поведении в общественных местах. </w:t>
            </w:r>
            <w:r w:rsidRPr="00D06CDD">
              <w:rPr>
                <w:rFonts w:cs="Times New Roman"/>
                <w:sz w:val="28"/>
                <w:szCs w:val="28"/>
              </w:rPr>
              <w:t>Инструктажи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1-30 сентября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Классные руководители, </w:t>
            </w:r>
            <w:r w:rsidR="00BE320D" w:rsidRPr="00D06CDD">
              <w:rPr>
                <w:rFonts w:cs="Times New Roman"/>
                <w:sz w:val="28"/>
                <w:szCs w:val="28"/>
                <w:lang w:val="ru-RU"/>
              </w:rPr>
              <w:t>Преподаватель-организатор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ОБЗР, руководитель ЮИД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Региональные и муниципальные этапы Всероссийской военно-спортивной игры «Зарница 2.0»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апрель - май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преподаватель ОБЗР</w:t>
            </w:r>
            <w:r w:rsidR="00BE320D">
              <w:rPr>
                <w:rFonts w:cs="Times New Roman"/>
                <w:sz w:val="28"/>
                <w:szCs w:val="28"/>
                <w:lang w:val="ru-RU"/>
              </w:rPr>
              <w:t xml:space="preserve">, учителя </w:t>
            </w:r>
            <w:proofErr w:type="gramStart"/>
            <w:r w:rsidR="00BE320D">
              <w:rPr>
                <w:rFonts w:cs="Times New Roman"/>
                <w:sz w:val="28"/>
                <w:szCs w:val="28"/>
                <w:lang w:val="ru-RU"/>
              </w:rPr>
              <w:t>физ.культуры</w:t>
            </w:r>
            <w:proofErr w:type="gramEnd"/>
            <w:r w:rsidR="00BE320D">
              <w:rPr>
                <w:rFonts w:cs="Times New Roman"/>
                <w:sz w:val="28"/>
                <w:szCs w:val="28"/>
                <w:lang w:val="ru-RU"/>
              </w:rPr>
              <w:t>, советник, куратор первичного отделения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Участие в мероприятиях в рамках Всероссийской «Вахты памяти»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апрель - ноябрь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BE320D" w:rsidRDefault="00BE320D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руководители отряда Юнармии, Хранители истории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Благоустройство памятных мест и воинских захоронений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BE320D" w:rsidRDefault="00BE320D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руководители отряда Юнармии, Хранители истории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Акция «Внимание! Дети идут в школу!» и «Маршрут: дом – школа – дом!»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 «Радар»,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Учебная эвакуация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Начало сентября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Директор школы, преподаватель-организатор ОБЗР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Неделя профилактики ДТП, встречи с сотрудниками ГИБДД, беседы по ПДД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Преподаватель-организатор ОБЗР,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«Осень. Дети. Безопасность»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Областная онлайн-викторина АВС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Акции ЮИД «Новогодние окна ЮИД», «С наступающим!»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ЮИД, совет старшеклассников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Всероссийская акция «Зимние дороги. Дети. </w:t>
            </w:r>
            <w:r w:rsidRPr="00D06CDD">
              <w:rPr>
                <w:rFonts w:cs="Times New Roman"/>
                <w:sz w:val="28"/>
                <w:szCs w:val="28"/>
              </w:rPr>
              <w:t>Безопасность»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Январь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E9310D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B624C6" w:rsidRDefault="00E9310D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B624C6" w:rsidRDefault="00E9310D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E9310D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Всероссийская акция «Весенние дороги. Дети. </w:t>
            </w:r>
            <w:r w:rsidRPr="00D06CDD">
              <w:rPr>
                <w:rFonts w:cs="Times New Roman"/>
                <w:sz w:val="28"/>
                <w:szCs w:val="28"/>
              </w:rPr>
              <w:t>Безопасность»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 - апрель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ЮИД, 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«Георгиевская ленточка» (отряд ЮИД)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ЮИД, советник по воспитанию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A711BB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Акции «Письмо водителю», «Дисциплинированный пешеход». Круглый стол с инспектором ГИБДД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руководитель отряда ЮИД, инспектор ОГИБДД, кл. рук.</w:t>
            </w:r>
          </w:p>
        </w:tc>
      </w:tr>
      <w:tr w:rsidR="00B624C6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Проведение сверки несовершеннолетних МБОУ ТСОШ № 1, состоящих на профилактическом учёте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lastRenderedPageBreak/>
              <w:t>Составление социальных паспортов классов с целью получения необходимой информации о детях, обучающихся в МБОУ ТСОШ № 1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Проведение профилактических встреч, индивидуальных бесед с учащимися, не приступившими к занятиям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Подготовка списков обучающихся, посещающих объединения внеурочной деятельности, кружки и спортивные секции; вовлечение детей «группы риска» в систему ДОП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Организация рейдов в семьи учащихся МБОУ ТСОШ № 1, имеющих пропуски и неуспеваемость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Осмотр жилищно-бытовых условий обучающихся, состоящих на учете ВШК и КДНиЗП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Подготовка характеристик на обучающихся МБОУ ТСОШ № 1 по запросам ведомственных органов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Просмотр тематических видеофильмов правовой и профилактической направленности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Сбор информации о занятости и местонахождении несовершеннолетних МБОУ ТСОШ № 1 в каникулярное время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Организация родительских собраний по правовым вопросам и воспитанию; консультирование родителей администрацией и специалистами службы сопровождения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b/>
                <w:color w:val="1B365D"/>
                <w:sz w:val="28"/>
                <w:szCs w:val="28"/>
                <w:lang w:val="ru-RU"/>
              </w:rPr>
            </w:pP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b/>
                <w:color w:val="1B365D"/>
                <w:sz w:val="28"/>
                <w:szCs w:val="28"/>
                <w:lang w:val="ru-RU"/>
              </w:rPr>
              <w:lastRenderedPageBreak/>
              <w:t>Профилактика экстремизма и идеологии терроризма: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Участие обучающихся 10–11 классов МБОУ ТСОШ № 1 в антитеррористических и антиэкстремистских просветительских мероприятиях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Тематические классные часы и дискуссионные клубы: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«Экстремизм в обществе как социально-разрушительное явление»,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«Современные угрозы обществу»,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 «Толерантность в правовом государстве»,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«Гражданская ответственность молодежи»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Правовые лектории по уголовной ответственности несовершеннолетних за экстремистскую деятельность, участие в несанкционированных акциях и заведомо ложные сообщения об актах терроризма (ст. 207 УК РФ)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Информационно-просветительская работа по противодействию вербовке молодежи в деструктивные интернет-сообщества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Родительские собрания: «Правовая грамотность старшеклассников и контроль сетевой активности»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Памятные и гражданско-патриотические акции ко Дню солидарности в борьбе с терроризмом, Дню народного единства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b/>
                <w:color w:val="1B365D"/>
                <w:sz w:val="28"/>
                <w:szCs w:val="28"/>
                <w:lang w:val="ru-RU"/>
              </w:rPr>
            </w:pP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b/>
                <w:color w:val="1B365D"/>
                <w:sz w:val="28"/>
                <w:szCs w:val="28"/>
                <w:lang w:val="ru-RU"/>
              </w:rPr>
              <w:lastRenderedPageBreak/>
              <w:t>Профилактика употребления ПАВ и пропаганда здорового образа жизни (ЗОЖ):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Вовлечение старшеклассников в физкультурно-спортивную деятельность, ГТО и систему школьного спорта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Социально-психологическое тестирование (СПТ) обучающихся 10–11 классов МБОУ ТСОШ № 1 по раннему выявлению незаконного потребления наркотических средств и ПАВ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Профилактические лектории с участием наркологов, сотрудников правоохранительных органов: «Уголовная ответственность за хранение и распространение ПАВ», «Вейпинг и здоровье»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Единые классные часы по правовой культуре, здоровьесбережению и осознанному выбору жизненного пути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Тематические родительские собрания: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«Взаимодействие семьи и школы в период подготовки к экзаменам. Профилактика зависимостей и стресса»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Организация профориентационной и трудовой занятости выпускников в каникулярный период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b/>
                <w:color w:val="1B365D"/>
                <w:sz w:val="28"/>
                <w:szCs w:val="28"/>
                <w:lang w:val="ru-RU"/>
              </w:rPr>
              <w:t>Предупреждение пропусков учебных занятий без уважительных причин:</w:t>
            </w:r>
          </w:p>
          <w:p w:rsid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Рейды в семьи обучающихся, систематически пропускающих учебные занятия без уважительных причин</w:t>
            </w:r>
          </w:p>
          <w:p w:rsidR="00D161D0" w:rsidRPr="00B624C6" w:rsidRDefault="00D161D0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lastRenderedPageBreak/>
              <w:t>Ежедневный учет классными руководителями посещаемости уроков; оперативное выяснение причин отсутствия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Сбор сведений о несовершеннолетних, не приступивших к обучению или уклоняющихся от учебы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Индивидуальные профилактические беседы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Вовлечение обучающихся, склонных к пропускам занятий, во внеурочную деятельность и общешкольные дела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Посещение учащихся на дому с целью обследования условий воспитания и проживания (согласно 120-ФЗ)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Родительские собрания по профилактике нарушений Устава школы: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«Образование детей — обязанность родителей»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b/>
                <w:color w:val="1B365D"/>
                <w:sz w:val="28"/>
                <w:szCs w:val="28"/>
                <w:lang w:val="ru-RU"/>
              </w:rPr>
              <w:t>Профилактика детского травматизма и безопасности жизнедеятельности: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Проведение обязательных профилактических инструктажей и бесед по безопасности перед началом каникул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• Цикл бесед и показ иллюстративно-наглядных материалов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«Безопасное поведение в школе и на улицах»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• Практические занятия: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 «Особенности движения пешеходов в осенне-зимний период»,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lastRenderedPageBreak/>
              <w:t xml:space="preserve">«Правила езды на велосипедах и СИМ (самокатах)»,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«Основные правила оказания первой помощи при ушибах, ссадинах, ожогах и кровотечениях»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b/>
                <w:color w:val="1B365D"/>
                <w:sz w:val="28"/>
                <w:szCs w:val="28"/>
                <w:lang w:val="ru-RU"/>
              </w:rPr>
              <w:t>Профилактика детского дорожно-транспортного травматизма (БДД):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Размещение и актуализация Памятки юного пешехода и Схем безопасного маршрута «Дом — школа — дом»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Проведение Всероссийского открытого урока по культуре безопасности жизнедеятельности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Проведение срезов знаний и контрольного тестирования по правилам безопасного поведения на дорогах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b/>
                <w:color w:val="1B365D"/>
                <w:sz w:val="28"/>
                <w:szCs w:val="28"/>
                <w:lang w:val="ru-RU"/>
              </w:rPr>
              <w:t>Профилактика суицидального поведения и кризисных состояний: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• Информирование обучающихся 10–11 классов о службе психологической помощи и Телефоне доверия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• Распространение информационных материалов по психоэмоциональной разгрузке и стрессоустойчивости при подготовке к экзаменам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• Классные часы и психологические практикумы: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«Жизнь по собственному выбору»,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«Жизнь одна»,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«На что потратить жизнь»,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«Стресс и ресурсы личности»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lastRenderedPageBreak/>
              <w:t xml:space="preserve">Родительские собрания: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«Психологическая поддержка старшеклассника в период самоопределения и сдачи ЕГЭ»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b/>
                <w:color w:val="1B365D"/>
                <w:sz w:val="28"/>
                <w:szCs w:val="28"/>
                <w:lang w:val="ru-RU"/>
              </w:rPr>
              <w:t>Предупреждение жестокого обращения с детьми: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Правовые лектории по защите прав несовершеннолетних и ответственности за насилие и посягательство на личность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Классные часы: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«Партнерские отношения и взаимоуважение»,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 «Свобода. Выбор. Ответственность»,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«Вы — будущие родители»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Родительские собрания: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«Ответственность родителей за психологический комфорт взрослеющих детей»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b/>
                <w:color w:val="1B365D"/>
                <w:sz w:val="28"/>
                <w:szCs w:val="28"/>
                <w:lang w:val="ru-RU"/>
              </w:rPr>
            </w:pP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b/>
                <w:color w:val="1B365D"/>
                <w:sz w:val="28"/>
                <w:szCs w:val="28"/>
                <w:lang w:val="ru-RU"/>
              </w:rPr>
              <w:t>Профилактика школьного буллинга (травли):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Тематические классные часы: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«Личные границы и культура общения»,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«Уважение чужого мнения», </w:t>
            </w:r>
          </w:p>
          <w:p w:rsidR="00B624C6" w:rsidRPr="00B624C6" w:rsidRDefault="00B624C6" w:rsidP="00B624C6">
            <w:pPr>
              <w:spacing w:before="20" w:after="2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«Кибербуллинг и цифровая репутация»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  <w:jc w:val="center"/>
              <w:rPr>
                <w:sz w:val="17"/>
              </w:rPr>
            </w:pPr>
            <w:r>
              <w:rPr>
                <w:sz w:val="17"/>
              </w:rPr>
              <w:lastRenderedPageBreak/>
              <w:t>10-11</w:t>
            </w: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sz w:val="17"/>
              </w:rPr>
            </w:pPr>
            <w:r>
              <w:rPr>
                <w:sz w:val="17"/>
              </w:rPr>
              <w:t>10-11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sz w:val="17"/>
              </w:rPr>
            </w:pPr>
            <w:r>
              <w:rPr>
                <w:sz w:val="17"/>
              </w:rPr>
              <w:t>10-11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sz w:val="17"/>
              </w:rPr>
            </w:pPr>
            <w:r>
              <w:rPr>
                <w:sz w:val="17"/>
              </w:rPr>
              <w:t>10-11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sz w:val="17"/>
              </w:rPr>
            </w:pPr>
            <w:r>
              <w:rPr>
                <w:sz w:val="17"/>
              </w:rPr>
              <w:t>10-11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sz w:val="17"/>
              </w:rPr>
            </w:pPr>
            <w:r>
              <w:rPr>
                <w:sz w:val="17"/>
              </w:rPr>
              <w:t>10-11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sz w:val="17"/>
              </w:rPr>
            </w:pPr>
            <w:r>
              <w:rPr>
                <w:sz w:val="17"/>
              </w:rPr>
              <w:t>10-11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sz w:val="17"/>
              </w:rPr>
            </w:pPr>
            <w:r>
              <w:rPr>
                <w:sz w:val="17"/>
              </w:rPr>
              <w:t>10-11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Pr="00F01740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sz w:val="17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Pr="00B624C6" w:rsidRDefault="00B624C6" w:rsidP="00B624C6">
            <w:pPr>
              <w:spacing w:after="0" w:line="252" w:lineRule="auto"/>
              <w:jc w:val="center"/>
              <w:rPr>
                <w:sz w:val="17"/>
                <w:lang w:val="ru-RU"/>
              </w:rPr>
            </w:pPr>
            <w:r w:rsidRPr="00B624C6">
              <w:rPr>
                <w:sz w:val="17"/>
                <w:lang w:val="ru-RU"/>
              </w:rPr>
              <w:lastRenderedPageBreak/>
              <w:t>2 раза в год</w:t>
            </w:r>
          </w:p>
          <w:p w:rsidR="00B624C6" w:rsidRP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По необходимости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Каникулярное время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 раз в четверть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 раз в четверть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 раз в четверть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D161D0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D161D0">
            <w:pPr>
              <w:spacing w:after="0" w:line="252" w:lineRule="auto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 раз в четверть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По необходимости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D161D0">
            <w:pPr>
              <w:spacing w:after="0" w:line="252" w:lineRule="auto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Ежедневно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D161D0">
            <w:pPr>
              <w:spacing w:after="0" w:line="252" w:lineRule="auto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По необходимости</w:t>
            </w:r>
          </w:p>
          <w:p w:rsidR="00B624C6" w:rsidRDefault="00B624C6" w:rsidP="00B624C6">
            <w:pPr>
              <w:spacing w:after="0" w:line="252" w:lineRule="auto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 раз в четверть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D161D0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D161D0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D161D0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D161D0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D161D0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D161D0">
            <w:pPr>
              <w:spacing w:after="0" w:line="252" w:lineRule="auto"/>
              <w:jc w:val="center"/>
              <w:rPr>
                <w:lang w:val="ru-RU"/>
              </w:rPr>
            </w:pPr>
            <w:bookmarkStart w:id="0" w:name="_GoBack"/>
            <w:bookmarkEnd w:id="0"/>
            <w:r>
              <w:rPr>
                <w:lang w:val="ru-RU"/>
              </w:rPr>
              <w:t>По плану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Начало года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D161D0">
            <w:pPr>
              <w:spacing w:after="0" w:line="252" w:lineRule="auto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D161D0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 раз в месяц</w:t>
            </w: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D161D0">
            <w:pPr>
              <w:spacing w:after="0" w:line="252" w:lineRule="auto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 раз в месяц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D161D0" w:rsidRDefault="00D161D0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 раз в месяц</w:t>
            </w:r>
          </w:p>
          <w:p w:rsidR="00B624C6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  <w:p w:rsidR="00B624C6" w:rsidRPr="00325843" w:rsidRDefault="00B624C6" w:rsidP="00B624C6">
            <w:pPr>
              <w:spacing w:after="0" w:line="252" w:lineRule="auto"/>
              <w:jc w:val="center"/>
              <w:rPr>
                <w:lang w:val="ru-RU"/>
              </w:rPr>
            </w:pP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</w:pPr>
            <w:r>
              <w:rPr>
                <w:sz w:val="17"/>
              </w:rPr>
              <w:lastRenderedPageBreak/>
              <w:t>Педагог-организатор, классные руководители</w:t>
            </w:r>
          </w:p>
        </w:tc>
      </w:tr>
      <w:tr w:rsidR="00B624C6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Pr="00B624C6" w:rsidRDefault="00B624C6" w:rsidP="00B624C6">
            <w:pPr>
              <w:spacing w:after="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lastRenderedPageBreak/>
              <w:t>Беседы по безопасности учащихся в период осенних каникул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  <w:jc w:val="center"/>
            </w:pPr>
            <w:r>
              <w:rPr>
                <w:sz w:val="17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  <w:jc w:val="center"/>
            </w:pPr>
            <w:r>
              <w:rPr>
                <w:sz w:val="17"/>
              </w:rPr>
              <w:t>Окончание 1 четверти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</w:pPr>
            <w:r>
              <w:rPr>
                <w:sz w:val="17"/>
              </w:rPr>
              <w:t>Классные руководители</w:t>
            </w:r>
          </w:p>
        </w:tc>
      </w:tr>
      <w:tr w:rsidR="00B624C6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Pr="00B624C6" w:rsidRDefault="00B624C6" w:rsidP="00B624C6">
            <w:pPr>
              <w:spacing w:after="0" w:line="252" w:lineRule="auto"/>
              <w:rPr>
                <w:sz w:val="28"/>
                <w:szCs w:val="28"/>
              </w:rPr>
            </w:pPr>
            <w:r w:rsidRPr="00B624C6">
              <w:rPr>
                <w:sz w:val="28"/>
                <w:szCs w:val="28"/>
              </w:rPr>
              <w:t>Неделя правовых знаний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  <w:jc w:val="center"/>
            </w:pPr>
            <w:r>
              <w:rPr>
                <w:sz w:val="17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  <w:jc w:val="center"/>
            </w:pPr>
            <w:r>
              <w:rPr>
                <w:sz w:val="17"/>
              </w:rPr>
              <w:t>13-20 ноября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</w:pPr>
            <w:r>
              <w:rPr>
                <w:sz w:val="17"/>
              </w:rPr>
              <w:t>Классные руководители, учитель обществознания</w:t>
            </w:r>
          </w:p>
        </w:tc>
      </w:tr>
      <w:tr w:rsidR="00B624C6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Pr="00B624C6" w:rsidRDefault="00B624C6" w:rsidP="00B624C6">
            <w:pPr>
              <w:spacing w:after="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>Беседы по пожарной безопасности, правилах безопасности на водоемах в зимний период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  <w:jc w:val="center"/>
            </w:pPr>
            <w:r>
              <w:rPr>
                <w:sz w:val="17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  <w:jc w:val="center"/>
            </w:pPr>
            <w:r>
              <w:rPr>
                <w:sz w:val="17"/>
              </w:rPr>
              <w:t>Окончание 2 четверти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</w:pPr>
            <w:r>
              <w:rPr>
                <w:sz w:val="17"/>
              </w:rPr>
              <w:t>Классные руководители</w:t>
            </w:r>
          </w:p>
        </w:tc>
      </w:tr>
      <w:tr w:rsidR="00B624C6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Pr="00B624C6" w:rsidRDefault="00B624C6" w:rsidP="00B624C6">
            <w:pPr>
              <w:spacing w:after="0" w:line="252" w:lineRule="auto"/>
              <w:rPr>
                <w:sz w:val="28"/>
                <w:szCs w:val="28"/>
                <w:lang w:val="ru-RU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Беседы с учащимися по правилам безопасности в </w:t>
            </w:r>
            <w:r w:rsidRPr="00B624C6">
              <w:rPr>
                <w:sz w:val="28"/>
                <w:szCs w:val="28"/>
                <w:lang w:val="ru-RU"/>
              </w:rPr>
              <w:lastRenderedPageBreak/>
              <w:t>период весенних каникул и «Осторожно, гололед»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  <w:jc w:val="center"/>
            </w:pPr>
            <w:r>
              <w:rPr>
                <w:sz w:val="17"/>
              </w:rPr>
              <w:lastRenderedPageBreak/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  <w:jc w:val="center"/>
            </w:pPr>
            <w:r>
              <w:rPr>
                <w:sz w:val="17"/>
              </w:rPr>
              <w:t>Окончание 3 четверти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</w:pPr>
            <w:r>
              <w:rPr>
                <w:sz w:val="17"/>
              </w:rPr>
              <w:t>Классные руководители</w:t>
            </w:r>
          </w:p>
        </w:tc>
      </w:tr>
      <w:tr w:rsidR="00B624C6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Pr="00B624C6" w:rsidRDefault="00B624C6" w:rsidP="00B624C6">
            <w:pPr>
              <w:spacing w:after="0" w:line="252" w:lineRule="auto"/>
              <w:rPr>
                <w:sz w:val="28"/>
                <w:szCs w:val="28"/>
              </w:rPr>
            </w:pPr>
            <w:r w:rsidRPr="00B624C6">
              <w:rPr>
                <w:sz w:val="28"/>
                <w:szCs w:val="28"/>
                <w:lang w:val="ru-RU"/>
              </w:rPr>
              <w:t xml:space="preserve">Правила безопасного поведения на летних каникулах. </w:t>
            </w:r>
            <w:r w:rsidRPr="00B624C6">
              <w:rPr>
                <w:sz w:val="28"/>
                <w:szCs w:val="28"/>
              </w:rPr>
              <w:t>Инструктажи по ПДД, ППБ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  <w:jc w:val="center"/>
            </w:pPr>
            <w:r>
              <w:rPr>
                <w:sz w:val="17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  <w:jc w:val="center"/>
            </w:pPr>
            <w:r>
              <w:rPr>
                <w:sz w:val="17"/>
              </w:rPr>
              <w:t>22-26 мая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B624C6" w:rsidRDefault="00B624C6" w:rsidP="00B624C6">
            <w:pPr>
              <w:spacing w:after="0" w:line="252" w:lineRule="auto"/>
            </w:pPr>
            <w:r>
              <w:rPr>
                <w:sz w:val="17"/>
              </w:rPr>
              <w:t>Классные руководители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7B6574" w:rsidRDefault="003474AC" w:rsidP="00D06CDD">
      <w:pPr>
        <w:spacing w:after="0" w:line="240" w:lineRule="auto"/>
        <w:rPr>
          <w:rFonts w:cs="Times New Roman"/>
          <w:color w:val="FF0000"/>
          <w:sz w:val="28"/>
          <w:szCs w:val="28"/>
          <w:lang w:val="ru-RU"/>
        </w:rPr>
      </w:pPr>
      <w:r w:rsidRPr="007B6574">
        <w:rPr>
          <w:rFonts w:cs="Times New Roman"/>
          <w:b/>
          <w:color w:val="FF0000"/>
          <w:sz w:val="28"/>
          <w:szCs w:val="28"/>
          <w:lang w:val="ru-RU"/>
        </w:rPr>
        <w:t xml:space="preserve">3.7. </w:t>
      </w:r>
      <w:r w:rsidRPr="007B6574">
        <w:rPr>
          <w:rFonts w:cs="Times New Roman"/>
          <w:color w:val="FF0000"/>
          <w:sz w:val="28"/>
          <w:szCs w:val="28"/>
          <w:lang w:val="ru-RU"/>
        </w:rPr>
        <w:t>Модуль 7. «Организация среды, медиа, профориентация, одаренные дети»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192"/>
        <w:gridCol w:w="1296"/>
        <w:gridCol w:w="2592"/>
        <w:gridCol w:w="5328"/>
      </w:tblGrid>
      <w:tr w:rsidR="00E9310D" w:rsidRPr="00D06CDD">
        <w:trPr>
          <w:tblHeader/>
          <w:jc w:val="center"/>
        </w:trPr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29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Классы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 / Сроки</w:t>
            </w:r>
          </w:p>
        </w:tc>
        <w:tc>
          <w:tcPr>
            <w:tcW w:w="53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>Ответственные лица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Обновление стендов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1 октября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директора, вожатые, советник, педагог психолог, кл.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Оформление классных уголков 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До 19 сентября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Тематические выставки в школьной библиотеке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Педагог-библиотекарь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Выставка Новогодних плакатов, День Победы и др.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 1 декабря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Новогоднее оформление кабинетов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 15 декабря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Тематическое оформление рекреаций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директора, вожатые, советник, кл руководители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Выставка плакатов «Помним. Гордимся. Чтим» и др.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 20 апреля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Публикации новостей в школьном аккаунте в ВК и на сайте школы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ВР, УВР</w:t>
            </w:r>
            <w:r w:rsidR="004E669E">
              <w:rPr>
                <w:rFonts w:cs="Times New Roman"/>
                <w:sz w:val="28"/>
                <w:szCs w:val="28"/>
                <w:lang w:val="ru-RU"/>
              </w:rPr>
              <w:t>, советник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Фоторепортажи со школьных мероприятий, подготовка ведущих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Зам. директора, вожатые, советник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Тематические экскурсии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руководители, педагоги-навигаторы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Занятия проекта по профминимуму «Билет в будущее»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Раз в неделю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Педагоги навигаторы</w:t>
            </w:r>
          </w:p>
        </w:tc>
      </w:tr>
      <w:tr w:rsidR="00E9310D" w:rsidRPr="00B624C6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Школьный этап Всероссийской олимпиады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школьников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 - октябрь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Зам. директора по УВР, Учителя-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предметники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Муниципальный этап Всероссийской олимпиады школьников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 - декабрь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Зам. директора по УВР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Внешкольные тематические мероприятия, экскурсии, походы выходного дня</w:t>
            </w:r>
          </w:p>
        </w:tc>
        <w:tc>
          <w:tcPr>
            <w:tcW w:w="129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руководители, учителя-предметники</w:t>
            </w:r>
          </w:p>
        </w:tc>
      </w:tr>
      <w:tr w:rsidR="00E9310D" w:rsidRPr="00D06CDD">
        <w:trPr>
          <w:jc w:val="center"/>
        </w:trPr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Социальное партнерство: участие представителей организаций-партнеров в мероприятиях</w:t>
            </w:r>
          </w:p>
        </w:tc>
        <w:tc>
          <w:tcPr>
            <w:tcW w:w="129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3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Педагог-организатор, классные руководители</w:t>
            </w:r>
          </w:p>
        </w:tc>
      </w:tr>
    </w:tbl>
    <w:p w:rsidR="003474AC" w:rsidRDefault="003474AC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E669E" w:rsidRPr="00D06CDD" w:rsidRDefault="004E669E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4E669E" w:rsidRDefault="003474AC" w:rsidP="004E669E">
      <w:pPr>
        <w:keepNext/>
        <w:spacing w:before="280" w:after="0" w:line="240" w:lineRule="auto"/>
        <w:jc w:val="center"/>
        <w:rPr>
          <w:rFonts w:cs="Times New Roman"/>
          <w:b/>
          <w:color w:val="1B365D"/>
          <w:sz w:val="28"/>
          <w:szCs w:val="28"/>
          <w:lang w:val="ru-RU"/>
        </w:rPr>
      </w:pPr>
      <w:r w:rsidRPr="00D06CDD">
        <w:rPr>
          <w:rFonts w:cs="Times New Roman"/>
          <w:b/>
          <w:color w:val="1B365D"/>
          <w:sz w:val="28"/>
          <w:szCs w:val="28"/>
          <w:lang w:val="ru-RU"/>
        </w:rPr>
        <w:t xml:space="preserve">РАЗДЕЛ </w:t>
      </w:r>
      <w:r w:rsidRPr="00D06CDD">
        <w:rPr>
          <w:rFonts w:cs="Times New Roman"/>
          <w:b/>
          <w:color w:val="1B365D"/>
          <w:sz w:val="28"/>
          <w:szCs w:val="28"/>
        </w:rPr>
        <w:t>IV</w:t>
      </w:r>
      <w:r w:rsidRPr="00D06CDD">
        <w:rPr>
          <w:rFonts w:cs="Times New Roman"/>
          <w:b/>
          <w:color w:val="1B365D"/>
          <w:sz w:val="28"/>
          <w:szCs w:val="28"/>
          <w:lang w:val="ru-RU"/>
        </w:rPr>
        <w:t>. СВОДНЫЙ КАЛЕНДАРЬ ВОСПИТАТЕЛЬНЫХ СОБЫТИЙ, КЛАССНЫХ ЧАСОВ И ДНЕЙ ЕДИНЫХ ДЕЙСТВИЙ (ПО МЕСЯЦАМ НА 2026–2027 УЧЕБНЫЙ ГОД)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160"/>
        <w:gridCol w:w="5184"/>
        <w:gridCol w:w="4032"/>
        <w:gridCol w:w="4032"/>
      </w:tblGrid>
      <w:tr w:rsidR="00E9310D" w:rsidRPr="00D06CDD">
        <w:trPr>
          <w:tblHeader/>
          <w:jc w:val="center"/>
        </w:trPr>
        <w:tc>
          <w:tcPr>
            <w:tcW w:w="2160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Месяц / Дата</w:t>
            </w:r>
          </w:p>
        </w:tc>
        <w:tc>
          <w:tcPr>
            <w:tcW w:w="5184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>Федеральные памятные даты и праздники</w:t>
            </w:r>
          </w:p>
        </w:tc>
        <w:tc>
          <w:tcPr>
            <w:tcW w:w="403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Региональный компонент (Ростовская область)</w:t>
            </w:r>
          </w:p>
        </w:tc>
        <w:tc>
          <w:tcPr>
            <w:tcW w:w="403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E9310D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1 сентября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знаний. Всероссийский открытый урок культуры безопасности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Начало Года казачьей истории и культуры в РО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4211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Торжественная линейка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 сентября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окончания Второй мировой войны. День солидарности в борьбе с терроризмом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Памятные линейки в школах Дона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Уроки Мужества, акции памяти жертв Беслана, фестиваль «Футбол в школе»</w:t>
            </w:r>
          </w:p>
        </w:tc>
      </w:tr>
      <w:tr w:rsidR="00E9310D" w:rsidRPr="0000385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Месячник безопасности детей на дорогах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Акции ЮИД ДОНА: «Внимание! Дети идут в школу!», «Маршрут: дом – школа – дом!»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003856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Инструктажи, составление безопасных маршрутов, конкурс «ЮИД в пути. </w:t>
            </w:r>
            <w:r w:rsidRPr="00003856">
              <w:rPr>
                <w:rFonts w:cs="Times New Roman"/>
                <w:sz w:val="28"/>
                <w:szCs w:val="28"/>
                <w:lang w:val="ru-RU"/>
              </w:rPr>
              <w:t>ЮИД на марше»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 сентября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Международный день распространения грамотности. День языков народов РФ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Тематические диктанты, библиотечные викторины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13 сентября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Международный день памяти жертв фашизма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90-летие со дня образования Ростовской области (юбилей)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Краеведческие уроки, выставки, проект «Донское наследие»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27 сентября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работника дошкольного образования. Всемирный день туризма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Поздравление ветеранов педагогики, походы выходного дня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30 сентября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воссоединения ДНР, ЛНР, Запорожской и Херсонской областей с РФ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Информационные часы, уроки истории, проект «Мы вместе»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октября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Международный день пожилых людей. Международный день музыки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Акции заботы, концерты, Всероссийский проект «Звучи»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 октября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защиты животных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Экологические часы, Всероссийский проект «Юннаты Первых»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 октября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учителя. Всемирный день учителей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Поздравление наставников 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ученического самоуправления, концерт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Школьная декада дорожной безопасности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Классный час «Посвящение первоклассников в пешеходы»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Посвящение первоклассников, смотр готовности «Дорожные патрули»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 октября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разгрома немецко-фашистских войск в битве за Кавказ (1943 г.)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Оборонительные рубежи на Дону и Кавказе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Уроки воинской славы, демонстрация фильмов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 октября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казачьей воинской славы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Казачьи сполохи, выставки музея казачества, уроки краеведения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 октября (3-е вс)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отца в России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Семейные спортивные эстафеты, конкурс сочинений «Мой папа»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26 октября (4-й пн)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Международный день школьных библиотек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Книжные выставки, литературные гостиные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28 октября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символов Ростовской области: герба, флага и гимна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Торжественные линейки, викторина на знание символики Дона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 ноября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межнационального мира и согласия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Фестиваль культур народов Дона, круглые столы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 ноября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народного единства (День воинской славы России)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Мероприятия Года единства народов России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«Я — частичка твоя, Россия», концерты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 ноября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проведения военного парада на Красной площади (1941 г.)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Исторические лектории, уроки Мужества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 ноября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сотрудника органов внутренних дел РФ (День памяти сотр</w:t>
            </w:r>
            <w:r w:rsidR="00EC2F63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ов ОВД 8 нояб.)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Встречи с ветеранами МВД, инспекторами ГИБДД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13–20 ноября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Всероссийский день правовой помощи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детям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Неделя правовых знаний в РО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Классные часы, консультации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юристов, проект «Молодежь Вправе»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Осенний бал (9-11 классы)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Праздничный вечер старшеклассников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«Осень. Дети. Безопасность»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Викторины «АВС» и «АБВ» по ПДД (ЮИД ДОНА)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Тематические пятиминутки отряда ЮИД «Радар», онлайн-тестирование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29 ноября (посл. вс)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матери в России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Праздничные программы «День маминой улыбки», выставки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30 ноября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Единый урок «Символы Российской Федерации»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декабря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математика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Математические турниры, викторины, логические игры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 декабря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неизвестного солдата. Международный день инвалидов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Вахты памяти у мемориалов Ростовской области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Возложение цветов, уроки доброты, инклюзивные акции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 декабря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День добровольца (волонтера) в России. </w:t>
            </w:r>
            <w:r w:rsidRPr="00D06CDD">
              <w:rPr>
                <w:rFonts w:cs="Times New Roman"/>
                <w:sz w:val="28"/>
                <w:szCs w:val="28"/>
              </w:rPr>
              <w:t>Битва под Москвой (1941 г.)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Слет волонтеров, подведение итогов проекта «Благо Твори»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 декабря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Международный день художника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Выставки картин, мастер-классы детского рисунка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 декабря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Героев Отечества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Герои Отечества </w:t>
            </w:r>
            <w:r w:rsidR="006649F3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уроженцы Ростовской области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Уроки Мужества, Всероссийский проект «Диалоги с Героями»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12 декабря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Конституции Российской Федерации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Правовые викторины, Всероссийская акция «Мы </w:t>
            </w:r>
            <w:r w:rsidR="006649F3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 граждане России!»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Декабрь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Предновогодняя безопасность на дорогах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Акции ЮИД «Радар»: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«Новогодние окна ЮИД», «С наступающим!»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Участие в областной онлайн-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викторине «АВС», оформление окон школы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27 декабря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спасателя Российской Федерации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Встречи со спасателями МЧС, тренировки дружин юных спасателей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25–29 декабря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Новогодние утренники (1-4 кл.), представления (5-8 кл.), вечер (9-11 кл.)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Ёлки, благотворительные акции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января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Новый год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Зимние каникулы, семейный досуг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 января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Рождество Христово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Рождественские казачьи традиции на Дону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Рождественские благотворительные выставки, фольклорные праздники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 января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детских изобретений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творчества и вдохновения в РО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Выставки технического творчества, научные квизы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Январь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Всероссийская акция «Зимние дороги. Дети. </w:t>
            </w:r>
            <w:r w:rsidRPr="00D06CDD">
              <w:rPr>
                <w:rFonts w:cs="Times New Roman"/>
                <w:sz w:val="28"/>
                <w:szCs w:val="28"/>
              </w:rPr>
              <w:t>Безопасность»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Зимний этап профилактики детского травматизма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беседы о безопасности на скользкой дороге, световозвращатели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25 января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российского студенчества (Татьянин день)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Профориентационные встречи выпускников школы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27 января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День полного освобождения Ленинграда от блокады. </w:t>
            </w:r>
            <w:r w:rsidRPr="00D06CDD">
              <w:rPr>
                <w:rFonts w:cs="Times New Roman"/>
                <w:sz w:val="28"/>
                <w:szCs w:val="28"/>
              </w:rPr>
              <w:t>День памяти жертв Холокоста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Уроки памяти «Блокадный хлеб», исторические хроники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29 января</w:t>
            </w:r>
          </w:p>
          <w:p w:rsidR="006649F3" w:rsidRDefault="006649F3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6649F3" w:rsidRPr="00D06CDD" w:rsidRDefault="006649F3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рождения А.П. Чехова (донской писатель)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Литературные чтения, чеховские уроки, театрализации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 февраля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День разгрома немецко-фашистских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войск в Сталинградской битве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Уроки воинской славы,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просмотр документальных фильмов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Встреча выпускников школы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Традиционный вечер встречи выпускников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 февраля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российской науки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Старт Дней науки, проект «Первые в науке», научные выставки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 февраля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Международный день книгодарения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Общешкольная акция «Подари книгу библиотеке»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15 февраля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памяти воинов-интернационалистов (служебный долг за пределами Отечества)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здорового образа жизни в РО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Встречи с воинами-афганцами, участниками СВО; дни спорта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Муниципальный этап конкурса «Безопасное колесо» (ЮИД)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Станции: «Знатоки ПДД», «Оказание первой помощи»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Теоретическая и практическая подготовка отряда ЮИД «Радар»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21 февраля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Международный день родного языка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Лингвистические конкурсы, диктанты грамотности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23 февраля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защитника Отечества. «А ну-ка, парни!», «Солдатушки»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Спортивно-военные праздники смотры строя и песни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 марта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наставника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Акции благодарности педагогам-наставникам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 марта</w:t>
            </w:r>
          </w:p>
          <w:p w:rsidR="006649F3" w:rsidRDefault="006649F3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6649F3" w:rsidRDefault="006649F3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6649F3" w:rsidRPr="00D06CDD" w:rsidRDefault="006649F3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Международный женский день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Праздничная акция ЮИД «Самой прекрасной половине планеты»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Праздничный концерт для педагогов, поздравления мам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 марта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День рождения В.А. Закруткина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(донской писатель)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Литературные гостиные по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повести «Матерь Человеческая»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18 марта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воссоединения Крыма с Россией (Крымская весна)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Классные часы «Крым и Россия — единая судьба»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21 марта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Всемирный день поэзии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Поэтические конкурсы чтецов, поэтические баттлы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27 марта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Всемирный день театра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Школьные театральные постановки («Школьная классика»)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 - апрель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Всероссийская акция «Весенние дороги. Дети. </w:t>
            </w:r>
            <w:r w:rsidRPr="00D06CDD">
              <w:rPr>
                <w:rFonts w:cs="Times New Roman"/>
                <w:sz w:val="28"/>
                <w:szCs w:val="28"/>
              </w:rPr>
              <w:t>Безопасность»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Конкурс «ЮИД за безопасность выступает, с юбилеем пропаганду поздравляет»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Выступления агитбригады ЮИД, съемка видеоролика, акция «Заметный пешеход»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 апреля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Всемирный день здоровья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Спортивные зарядки, эстафеты, уроки ЗОЖ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 апреля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древонасаждения в Ростовской области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Экологический субботник, высадка деревьев на территории школы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12 апреля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космонавтики. Гагаринский урок «Космос — это мы»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Интеллектуальные квизы, конкурсы макетов ракет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15 апр – 5 июня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Общероссийские дни защиты от экологической опасности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Экологические акции в бассейне реки Северский Донец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Экологический мониторинг, сбор макулатуры и батареек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 апреля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единых действий в память о геноциде советского народа нацистами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Трагедия мирного населения Дона в годы оккупации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Уроки-реквиемы в рамках проекта «Без срока давности»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 апреля</w:t>
            </w:r>
          </w:p>
          <w:p w:rsidR="00581B80" w:rsidRDefault="00581B80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581B80" w:rsidRPr="00D06CDD" w:rsidRDefault="00581B80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Национальный день донора в России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Информационные часы о донорстве и милосердии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30 апреля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День коренных малочисленных народов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РФ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Этнографические классные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часы (Год единства народов)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1 мая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Праздник Весны и Труда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Трудовые десанты, благоустройство школьного двора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1-9 мая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«Георгиевская ленточка» (участие отряда ЮИД)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Победный май на Дону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Раздача георгиевских ленточек, почетный караул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 мая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Победы советского народа в Великой Отечественной войне (1941–1945 гг.)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Поклонение героям Донской земли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Акция «Бессмертный полк» почетный караул, митинг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Муниципальный этап конкурса «Безопасное колесо» (ЮИД)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Станции: «Автогородок», «Фигурное вождение велосипеда»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Соревнования велосипедистов, творческое выступление команды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 мая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Международный день музеев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школьных музеев Ростовской области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Экскурсии в школьный музей боевой и трудовой славы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 мая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Слет детских объединений Тарасовского района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Прием в ряды «Орлят России», «Движения Первых», Юнармии, ЮИД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24 мая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славянской письменности и культуры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рождения М.А. Шолохова (122 года)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Шолоховские уроки, викторины по славянской буквице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22–27 мая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581B80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 xml:space="preserve">Торжественная линейка </w:t>
            </w:r>
          </w:p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«Последний звонок»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Торжественные линейки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27 мая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день библиотек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Библиотечные уроки, чествование лучших читателей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30 мая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многодетных семей Ростовской области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Чествование многодетных семей, выставки</w:t>
            </w:r>
            <w:r w:rsidR="00581B80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династий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июня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Международный день защиты детей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Открытие летней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оздоровительной кампании в РО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Старт работы пришкольного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оздоровительного лагеря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2 июня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памяти погибших шахтеров российского Донбасса (памяти М.П. Чиха)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Час памяти трудового подвига шахтеров Дона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Муниципальный этап областного конкурса «У светофора каникул нет!»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Акции ЮИД: «Письмо водителю», «Дисциплинированный пешеход»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Подготовка видеоролика ЮИД, круглый стол с инспектором ГИБДД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Июнь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Торжественное вручение аттестатов. Выпускной вечер 2027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Выпускные вечера 9-х и 11-х классов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 июня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эколога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Экологические десанты, полевые экологические школы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 июня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916B3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День русского языка. </w:t>
            </w:r>
          </w:p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Пушкинский день России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Литературные чтения сказок и поэзии А.С. Пушкина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12 июня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России (Государственный праздник)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7916B3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Торжественные флешмобы, вручение паспортов </w:t>
            </w:r>
          </w:p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«Мы — граждане России!»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15 июня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Гражданской Авиации на Дону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Беседы об истории авиации и донских летчиках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22 июня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памяти и скорби — 86-я годовщина начала ВОВ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Вахта памяти у мемориалов Тарасовского района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«Свеча памяти», возложение цветов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26 июня (посл. сб)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молодежи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Молодежные спортивные и творческие фестивали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июля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ветеранов боевых действий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ветеранов боевых действий РО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Встречи с ветеранами боевых действий, участниками СВО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 июля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семьи, любви и верности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Семейные праздники,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фотовыставки «Моя дружная семья»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25 июля (посл. вс)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Военно-Морского Флота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Тематические программы о героях-моряках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 августа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рождения атамана М.И. Платова (донской герой 1812 г.)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Казачьи краеведческие викторины, экскурсии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 августа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окончания Ленинградской битвы (1944 г.)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Информационные часы воинской славы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 августа (2-я сб)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физкультурника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Спортивные турниры на свежем воздухе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22 августа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Государственного флага РФ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рождения А.В. Калинина (донской писатель)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Патриотические акции с триколором, калининские чтения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23 августа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разгрома немецко-фашистских войск в Курской битве (1943 г.)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Уроки воинской доблести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27 августа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День российского кино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Кинолектории лучших отечественных детских фильмов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30 августа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—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Митинги памяти, торжественные линейки, уроки краеведения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3474AC" w:rsidRPr="00D06CDD" w:rsidRDefault="003474AC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E9310D" w:rsidRPr="00003856" w:rsidRDefault="003474AC" w:rsidP="00124517">
      <w:pPr>
        <w:keepNext/>
        <w:spacing w:before="280" w:after="0" w:line="240" w:lineRule="auto"/>
        <w:jc w:val="center"/>
        <w:rPr>
          <w:rFonts w:cs="Times New Roman"/>
          <w:sz w:val="28"/>
          <w:szCs w:val="28"/>
          <w:lang w:val="ru-RU"/>
        </w:rPr>
      </w:pPr>
      <w:r w:rsidRPr="00D06CDD">
        <w:rPr>
          <w:rFonts w:cs="Times New Roman"/>
          <w:b/>
          <w:color w:val="1B365D"/>
          <w:sz w:val="28"/>
          <w:szCs w:val="28"/>
          <w:lang w:val="ru-RU"/>
        </w:rPr>
        <w:lastRenderedPageBreak/>
        <w:t xml:space="preserve">РАЗДЕЛ </w:t>
      </w:r>
      <w:r w:rsidRPr="00D06CDD">
        <w:rPr>
          <w:rFonts w:cs="Times New Roman"/>
          <w:b/>
          <w:color w:val="1B365D"/>
          <w:sz w:val="28"/>
          <w:szCs w:val="28"/>
        </w:rPr>
        <w:t>V</w:t>
      </w:r>
      <w:r w:rsidRPr="00D06CDD">
        <w:rPr>
          <w:rFonts w:cs="Times New Roman"/>
          <w:b/>
          <w:color w:val="1B365D"/>
          <w:sz w:val="28"/>
          <w:szCs w:val="28"/>
          <w:lang w:val="ru-RU"/>
        </w:rPr>
        <w:t xml:space="preserve">. РЕЕСТР ФЕДЕРАЛЬНЫХ И РЕГИОНАЛЬНЫХ ВОСПИТАТЕЛЬНЫХ ПРОЕКТОВ, РЕКОМЕНДУЕМЫХ К РЕАЛИЗАЦИИ В ШКОЛЕ НА 2026–2027 УЧ. </w:t>
      </w:r>
      <w:r w:rsidRPr="00003856">
        <w:rPr>
          <w:rFonts w:cs="Times New Roman"/>
          <w:b/>
          <w:color w:val="1B365D"/>
          <w:sz w:val="28"/>
          <w:szCs w:val="28"/>
          <w:lang w:val="ru-RU"/>
        </w:rPr>
        <w:t>ГОД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502"/>
        <w:gridCol w:w="3403"/>
        <w:gridCol w:w="2114"/>
        <w:gridCol w:w="2471"/>
        <w:gridCol w:w="1671"/>
        <w:gridCol w:w="1882"/>
        <w:gridCol w:w="3471"/>
      </w:tblGrid>
      <w:tr w:rsidR="00E9310D" w:rsidRPr="00D06CDD">
        <w:trPr>
          <w:tblHeader/>
          <w:jc w:val="center"/>
        </w:trPr>
        <w:tc>
          <w:tcPr>
            <w:tcW w:w="57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№</w:t>
            </w:r>
          </w:p>
        </w:tc>
        <w:tc>
          <w:tcPr>
            <w:tcW w:w="3600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Наименование проекта (мероприятия)</w:t>
            </w:r>
          </w:p>
        </w:tc>
        <w:tc>
          <w:tcPr>
            <w:tcW w:w="2160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Направление воспитания</w:t>
            </w:r>
          </w:p>
        </w:tc>
        <w:tc>
          <w:tcPr>
            <w:tcW w:w="25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Ведущая организация / Ведомство</w:t>
            </w:r>
          </w:p>
        </w:tc>
        <w:tc>
          <w:tcPr>
            <w:tcW w:w="1728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Сроки реализации</w:t>
            </w:r>
          </w:p>
        </w:tc>
        <w:tc>
          <w:tcPr>
            <w:tcW w:w="1584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Возраст / Целевая группа</w:t>
            </w:r>
          </w:p>
        </w:tc>
        <w:tc>
          <w:tcPr>
            <w:tcW w:w="3456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Ответственные лица и контакты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Региональный проект «Лидеры Дона. Дети»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Минобразование РО, Навигаторы детства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14-18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Чупров М.Г. (тел. 89281054304, </w:t>
            </w:r>
            <w:r w:rsidRPr="00D06CDD">
              <w:rPr>
                <w:rFonts w:cs="Times New Roman"/>
                <w:sz w:val="28"/>
                <w:szCs w:val="28"/>
              </w:rPr>
              <w:t>rsdmo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Всероссийская программа «Орлята России»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Минпросвещения, Росдетцентр, Орлёнок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6-11 лет (1-4 кл.)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Юдакова О.Б. (тел. 89081874201, </w:t>
            </w:r>
            <w:r w:rsidRPr="00D06CDD">
              <w:rPr>
                <w:rFonts w:cs="Times New Roman"/>
                <w:sz w:val="28"/>
                <w:szCs w:val="28"/>
              </w:rPr>
              <w:t>vr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_</w:t>
            </w:r>
            <w:r w:rsidRPr="00D06CDD">
              <w:rPr>
                <w:rFonts w:cs="Times New Roman"/>
                <w:sz w:val="28"/>
                <w:szCs w:val="28"/>
              </w:rPr>
              <w:t>navigator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программа «Мы — граждане России!»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 лет (ОО)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программа «Обучение служением. Первые»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11-20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«Значимый взрослый»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Наставники, от 18 лет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Конкурс лучших проектов «Конкурс первичных отделений Первых»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«Премия Первых»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 РО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лет, педагоги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«Ученическое самоуправление»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Навигаторы детства РО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12-18 лет (ОО)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Виниченко Н.А. (тел. 89885170080)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«Навигаторы будущего»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Навигаторы детства РО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Виниченко Н.А. (тел. 89885170080)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«Лига волонтеров»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РСДМО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Маракаева Н.А. (тел. 89604566124, </w:t>
            </w:r>
            <w:r w:rsidRPr="00D06CDD">
              <w:rPr>
                <w:rFonts w:cs="Times New Roman"/>
                <w:sz w:val="28"/>
                <w:szCs w:val="28"/>
              </w:rPr>
              <w:t>arhireyeva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акция «Я — частичка твоя, Россия» (ко Дню единства)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Минкультуры, Минпросвещения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04.11 - 24.11.2026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1-11 классы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Классные руководители школы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«ТопБЛОГ»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Гражданское / Медиа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АНО «Россия — страна возможностей»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Обучающиеся, педагоги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Официальный сайт </w:t>
            </w:r>
            <w:r w:rsidRPr="00D06CDD">
              <w:rPr>
                <w:rFonts w:cs="Times New Roman"/>
                <w:sz w:val="28"/>
                <w:szCs w:val="28"/>
              </w:rPr>
              <w:t>topblog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rsv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военно-патриотическая игра «Зарница 2.0»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Движение Первых, Юнармия, ЦВПВ «ВОИН»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01.02 - 01.09.2027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Кудинова Е.В. (тел. 89613080422), преподаватель ОБЗР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Всероссийская игра «Семейная зарница»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Первых, Юнармия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01.03 - 01.10.2027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Смешанные команды детей и родителей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«Хранители истории»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Первых, Юнармия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Кудинова Е.В., советник по воспитанию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слет постовцев «Пост №1»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 РО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01.03 - 01.06.2027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«Защитники Родины»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Минобразование РО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Струкова Э.В. (тел. 88632670588, </w:t>
            </w:r>
            <w:r w:rsidRPr="00D06CDD">
              <w:rPr>
                <w:rFonts w:cs="Times New Roman"/>
                <w:sz w:val="28"/>
                <w:szCs w:val="28"/>
              </w:rPr>
              <w:t>strykova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_</w:t>
            </w:r>
            <w:r w:rsidRPr="00D06CDD">
              <w:rPr>
                <w:rFonts w:cs="Times New Roman"/>
                <w:sz w:val="28"/>
                <w:szCs w:val="28"/>
              </w:rPr>
              <w:t>ev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rostobr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проект «Верни Герою имя» (региональный этап)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ВВПОД «Юнармия»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Апрель 2026 - май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Пономаренко Н.Н. (тел. 89044452734, </w:t>
            </w:r>
            <w:r w:rsidRPr="00D06CDD">
              <w:rPr>
                <w:rFonts w:cs="Times New Roman"/>
                <w:sz w:val="28"/>
                <w:szCs w:val="28"/>
              </w:rPr>
              <w:t>pnn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3691@</w:t>
            </w:r>
            <w:r w:rsidRPr="00D06CDD">
              <w:rPr>
                <w:rFonts w:cs="Times New Roman"/>
                <w:sz w:val="28"/>
                <w:szCs w:val="28"/>
              </w:rPr>
              <w:t>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проект «Без срока давности» (сочинения, музеи, фестивали)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Минпросвещения России, ГАУ ДПО РО «ИРО»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14-18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Ратке И.Р. (</w:t>
            </w:r>
            <w:proofErr w:type="gramStart"/>
            <w:r w:rsidRPr="00D06CDD">
              <w:rPr>
                <w:rFonts w:cs="Times New Roman"/>
                <w:sz w:val="28"/>
                <w:szCs w:val="28"/>
                <w:lang w:val="ru-RU"/>
              </w:rPr>
              <w:t>безсрокадавности.рф</w:t>
            </w:r>
            <w:proofErr w:type="gramEnd"/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Экспозиции исторического парка «Россия — Моя история»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ГАУК РО МИП «Россия - Моя история»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Пивоварова О.Ю. (тел. 89895059605)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«Навигаторы памяти»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Навигаторы детства РО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Небыкова В.В. (тел. 89882575522, </w:t>
            </w:r>
            <w:r w:rsidRPr="00D06CDD">
              <w:rPr>
                <w:rFonts w:cs="Times New Roman"/>
                <w:sz w:val="28"/>
                <w:szCs w:val="28"/>
              </w:rPr>
              <w:t>vik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D06CDD">
              <w:rPr>
                <w:rFonts w:cs="Times New Roman"/>
                <w:sz w:val="28"/>
                <w:szCs w:val="28"/>
              </w:rPr>
              <w:t>sva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yandex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22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Всероссийская и региональная акция «Письмо солдату»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Юнармия, Минобразование РО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Нояб. 2026, дек.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Пономаренко Н.Н. (тел. 89044452734, </w:t>
            </w:r>
            <w:r w:rsidRPr="00D06CDD">
              <w:rPr>
                <w:rFonts w:cs="Times New Roman"/>
                <w:sz w:val="28"/>
                <w:szCs w:val="28"/>
              </w:rPr>
              <w:t>pnn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3691@</w:t>
            </w:r>
            <w:r w:rsidRPr="00D06CDD">
              <w:rPr>
                <w:rFonts w:cs="Times New Roman"/>
                <w:sz w:val="28"/>
                <w:szCs w:val="28"/>
              </w:rPr>
              <w:t>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проект «Наши семейные книги памяти»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Минобразование Ростовской области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Апрель - май 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8-20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Струкова Э.В. (тел. 88632670588, </w:t>
            </w:r>
            <w:r w:rsidRPr="00D06CDD">
              <w:rPr>
                <w:rFonts w:cs="Times New Roman"/>
                <w:sz w:val="28"/>
                <w:szCs w:val="28"/>
              </w:rPr>
              <w:t>strykova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_</w:t>
            </w:r>
            <w:r w:rsidRPr="00D06CDD">
              <w:rPr>
                <w:rFonts w:cs="Times New Roman"/>
                <w:sz w:val="28"/>
                <w:szCs w:val="28"/>
              </w:rPr>
              <w:t>ev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rostobr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Международная акция «Георгиевская ленточка»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ВОД «Волонтеры Победы»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Апрель - май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1-11 классы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proofErr w:type="gramStart"/>
            <w:r w:rsidRPr="00D06CDD">
              <w:rPr>
                <w:rFonts w:cs="Times New Roman"/>
                <w:sz w:val="28"/>
                <w:szCs w:val="28"/>
              </w:rPr>
              <w:t>георгиевскаяленточка.рф</w:t>
            </w:r>
            <w:proofErr w:type="gramEnd"/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Международная онлайн-акция «Бессмертный полк»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ООД «Бессмертный полк России»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 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1-11 классы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polkrf.ru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Всероссийская акция «Окна Победы»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Май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1-11 классы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projects.pervye.ru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«Благо Твори»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Духовно-нравственное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Сент. 2026 - май 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«Семьи Дона»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Духовно-нравственное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 РО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29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Региональный проект «Вместе с родителями»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Духовно-нравственное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Навигаторы детства РО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Титова Е.В. (тел. 89185067738, </w:t>
            </w:r>
            <w:r w:rsidRPr="00D06CDD">
              <w:rPr>
                <w:rFonts w:cs="Times New Roman"/>
                <w:sz w:val="28"/>
                <w:szCs w:val="28"/>
              </w:rPr>
              <w:t>elena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_</w:t>
            </w:r>
            <w:r w:rsidRPr="00D06CDD">
              <w:rPr>
                <w:rFonts w:cs="Times New Roman"/>
                <w:sz w:val="28"/>
                <w:szCs w:val="28"/>
              </w:rPr>
              <w:t>titova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_1978@</w:t>
            </w:r>
            <w:r w:rsidRPr="00D06CDD">
              <w:rPr>
                <w:rFonts w:cs="Times New Roman"/>
                <w:sz w:val="28"/>
                <w:szCs w:val="28"/>
              </w:rPr>
              <w:t>inbox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«Территория смыслов»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Духовно-нравственное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Минобразование Ростовской области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Струкова Э.В. (тел. 88632670588, </w:t>
            </w:r>
            <w:r w:rsidRPr="00D06CDD">
              <w:rPr>
                <w:rFonts w:cs="Times New Roman"/>
                <w:sz w:val="28"/>
                <w:szCs w:val="28"/>
              </w:rPr>
              <w:t>strykova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_</w:t>
            </w:r>
            <w:r w:rsidRPr="00D06CDD">
              <w:rPr>
                <w:rFonts w:cs="Times New Roman"/>
                <w:sz w:val="28"/>
                <w:szCs w:val="28"/>
              </w:rPr>
              <w:t>ev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rostobr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Региональный проект «Донское наследие. Ожившая история»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Духовно-нравственное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Минобразование Ростовской области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Струкова Э.В. (тел. 88632670588, </w:t>
            </w:r>
            <w:r w:rsidRPr="00D06CDD">
              <w:rPr>
                <w:rFonts w:cs="Times New Roman"/>
                <w:sz w:val="28"/>
                <w:szCs w:val="28"/>
              </w:rPr>
              <w:t>strykova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_</w:t>
            </w:r>
            <w:r w:rsidRPr="00D06CDD">
              <w:rPr>
                <w:rFonts w:cs="Times New Roman"/>
                <w:sz w:val="28"/>
                <w:szCs w:val="28"/>
              </w:rPr>
              <w:t>ev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rostobr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32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проект «Школьная классика» (театральный проект)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Первых, Минпросвещения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Сент. 2026 - июнь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33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«Чувствуй»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 РО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01.08 - 15.10.2026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34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«Большие танцы»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 РО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01.08 - 30.11.2026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35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«МедиаПритяжение»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Эстетическое / Медиа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01.02 - 01.06.2027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lastRenderedPageBreak/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Региональная программа «Медиа Первые»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Эстетическое / Медиа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 РО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37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Региональный проект «Ростовская школьная лига КВН»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РСДМО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(ОО, УДО,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Ткачева Т.Н. (тел. 89282261367, </w:t>
            </w:r>
            <w:r w:rsidRPr="00D06CDD">
              <w:rPr>
                <w:rFonts w:cs="Times New Roman"/>
                <w:sz w:val="28"/>
                <w:szCs w:val="28"/>
              </w:rPr>
              <w:t>schoolkvn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_</w:t>
            </w:r>
            <w:r w:rsidRPr="00D06CDD">
              <w:rPr>
                <w:rFonts w:cs="Times New Roman"/>
                <w:sz w:val="28"/>
                <w:szCs w:val="28"/>
              </w:rPr>
              <w:t>rost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38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Региональный проект «Ростовская лига юных журналистов»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Эстетическое / Медиа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РСДМО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(ОО, УДО,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Коваленко Л.Н. (тел. 89508557711, </w:t>
            </w:r>
            <w:r w:rsidRPr="00D06CDD">
              <w:rPr>
                <w:rFonts w:cs="Times New Roman"/>
                <w:sz w:val="28"/>
                <w:szCs w:val="28"/>
              </w:rPr>
              <w:t>rostov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D06CDD">
              <w:rPr>
                <w:rFonts w:cs="Times New Roman"/>
                <w:sz w:val="28"/>
                <w:szCs w:val="28"/>
              </w:rPr>
              <w:t>liga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yandex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39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«Звучи»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09.01.2026 - 30.12.2027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Движение Первых (</w:t>
            </w:r>
            <w:r w:rsidRPr="00D06CDD">
              <w:rPr>
                <w:rFonts w:cs="Times New Roman"/>
                <w:sz w:val="28"/>
                <w:szCs w:val="28"/>
              </w:rPr>
              <w:t>projects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40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конкурс хоровых и вокальных коллективов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Центр «Прогресс», Минпросвещения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01.09.2026 - 15.04.2027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Обучающиеся ОО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proofErr w:type="gramStart"/>
            <w:r w:rsidRPr="00D06CDD">
              <w:rPr>
                <w:rFonts w:cs="Times New Roman"/>
                <w:sz w:val="28"/>
                <w:szCs w:val="28"/>
              </w:rPr>
              <w:t>прогресс.дети</w:t>
            </w:r>
            <w:proofErr w:type="gramEnd"/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41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«Вызов Первых»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Физкультура и ЗОЖ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01.02 - 01.08.2027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42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Спортивный семейный фестиваль «Семейная команда»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Физкультура и ЗОЖ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01.03 - 01.08.2027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с родителями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43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чемпионат пилотирования дронов «Пилоты будущего»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Физкультура и спорт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Первых, ФГДР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01.02 - 01.11.2027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44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Региональный туристский слет и фестивали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Физкультура и ЗОЖ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 РО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01.06 - 01.11.2026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lastRenderedPageBreak/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45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«Волонтеры здоровья»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Физкультура и ЗОЖ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РСДМО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(ОО, УДО,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Поликарпов Р.В. (тел. 89054500018, </w:t>
            </w:r>
            <w:r w:rsidRPr="00D06CDD">
              <w:rPr>
                <w:rFonts w:cs="Times New Roman"/>
                <w:sz w:val="28"/>
                <w:szCs w:val="28"/>
              </w:rPr>
              <w:t>rimed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46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Региональные юнармейские спортивные игры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Физкультура и ЗОЖ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Юнармия РО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Окт. 2026 - май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14-17 лет (ОО)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Пономаренко Н.Н. (тел. 89044452734, </w:t>
            </w:r>
            <w:r w:rsidRPr="00D06CDD">
              <w:rPr>
                <w:rFonts w:cs="Times New Roman"/>
                <w:sz w:val="28"/>
                <w:szCs w:val="28"/>
              </w:rPr>
              <w:t>pnn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3691@</w:t>
            </w:r>
            <w:r w:rsidRPr="00D06CDD">
              <w:rPr>
                <w:rFonts w:cs="Times New Roman"/>
                <w:sz w:val="28"/>
                <w:szCs w:val="28"/>
              </w:rPr>
              <w:t>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47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Комплекс норм подготовки «Юнармейский норматив»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Физкультура и спорт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Юнармия РО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Окт. 2026, апр. 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Пономаренко Н.Н. (тел. 89044452734, </w:t>
            </w:r>
            <w:r w:rsidRPr="00D06CDD">
              <w:rPr>
                <w:rFonts w:cs="Times New Roman"/>
                <w:sz w:val="28"/>
                <w:szCs w:val="28"/>
              </w:rPr>
              <w:t>pnn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3691@</w:t>
            </w:r>
            <w:r w:rsidRPr="00D06CDD">
              <w:rPr>
                <w:rFonts w:cs="Times New Roman"/>
                <w:sz w:val="28"/>
                <w:szCs w:val="28"/>
              </w:rPr>
              <w:t>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48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фестиваль «Футбол в школе»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Физкультура и спорт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РФС, Минпросвещения России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03.09.2026 - 18.05.2027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Обучающиеся ОО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fests.rfs.ru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49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Региональный проект соцпредпринимательства «Первые в деле»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Трудовое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 РО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50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«Профессия ЮИД»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Трудовое / Безопасность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ЮИД ДОНА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Сент. 2026 - май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Давыдова Г.Е. (тел. 89054544356), Азеева Д.А.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51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«Лига вожатых»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Трудовое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Росдетцентр, Минпросвещения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01.05 - 30.11.2026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От 16 лет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Титаренко Н.А. (тел. 89604588714, </w:t>
            </w:r>
            <w:proofErr w:type="gramStart"/>
            <w:r w:rsidRPr="00D06CDD">
              <w:rPr>
                <w:rFonts w:cs="Times New Roman"/>
                <w:sz w:val="28"/>
                <w:szCs w:val="28"/>
                <w:lang w:val="ru-RU"/>
              </w:rPr>
              <w:t>вожатый.рф</w:t>
            </w:r>
            <w:proofErr w:type="gramEnd"/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52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«Школьный дворик»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Трудовое / Среда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Навигаторы детства РО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Юдакова О.Б. (тел. 89081874201, </w:t>
            </w:r>
            <w:r w:rsidRPr="00D06CDD">
              <w:rPr>
                <w:rFonts w:cs="Times New Roman"/>
                <w:sz w:val="28"/>
                <w:szCs w:val="28"/>
              </w:rPr>
              <w:t>olgak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-80288@</w:t>
            </w:r>
            <w:r w:rsidRPr="00D06CDD">
              <w:rPr>
                <w:rFonts w:cs="Times New Roman"/>
                <w:sz w:val="28"/>
                <w:szCs w:val="28"/>
              </w:rPr>
              <w:t>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53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«Юннаты Первых»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01.01 - 31.12.2026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54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 xml:space="preserve">Региональный проект «Береги </w:t>
            </w:r>
            <w:proofErr w:type="gramStart"/>
            <w:r w:rsidRPr="00D06CDD">
              <w:rPr>
                <w:rFonts w:cs="Times New Roman"/>
                <w:sz w:val="28"/>
                <w:szCs w:val="28"/>
              </w:rPr>
              <w:t>Планету!»</w:t>
            </w:r>
            <w:proofErr w:type="gramEnd"/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 РО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Апрель - май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6-20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55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«Экологическая лига»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РСДМО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7-18 лет (ОО, УДО,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Жихарцева Е.С. (тел. 89286219558, </w:t>
            </w:r>
            <w:r w:rsidRPr="00D06CDD">
              <w:rPr>
                <w:rFonts w:cs="Times New Roman"/>
                <w:sz w:val="28"/>
                <w:szCs w:val="28"/>
              </w:rPr>
              <w:t>emarkaris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yandex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56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слёт трудовых отрядов подростков «Труд Крут»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Трудовое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МООО «РСО»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24.09 - 26.09.2026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Подростки 14-17 лет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proofErr w:type="gramStart"/>
            <w:r w:rsidRPr="00D06CDD">
              <w:rPr>
                <w:rFonts w:cs="Times New Roman"/>
                <w:sz w:val="28"/>
                <w:szCs w:val="28"/>
              </w:rPr>
              <w:t>трудкрут.рф</w:t>
            </w:r>
            <w:proofErr w:type="gramEnd"/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57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«Время открытий»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Научное познание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 РО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58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проект «Научные клубы Первых»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Научное познание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59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Региональный проект «Первый в дебатах»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Научное познание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 РО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13-17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60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проект «Первые в науке»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Научное познание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Сент. 2026 - май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Обучающиеся ОО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proofErr w:type="gramStart"/>
            <w:r w:rsidRPr="00D06CDD">
              <w:rPr>
                <w:rFonts w:cs="Times New Roman"/>
                <w:sz w:val="28"/>
                <w:szCs w:val="28"/>
              </w:rPr>
              <w:t>наука.будьвдвижении</w:t>
            </w:r>
            <w:proofErr w:type="gramEnd"/>
            <w:r w:rsidRPr="00D06CDD">
              <w:rPr>
                <w:rFonts w:cs="Times New Roman"/>
                <w:sz w:val="28"/>
                <w:szCs w:val="28"/>
              </w:rPr>
              <w:t>.рф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61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Проект «Национальная технологическая олимпиада»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Научное познание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Ассоциация кружков, АНО «РСВ»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Сент. - дек. 2026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Обучающиеся ОО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ntcontest.ru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62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Региональный проект «Молодежь Вправе»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Профилактика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Навигаторы детства РО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Небыкова В.В. (тел. 89882575522, </w:t>
            </w:r>
            <w:r w:rsidRPr="00D06CDD">
              <w:rPr>
                <w:rFonts w:cs="Times New Roman"/>
                <w:sz w:val="28"/>
                <w:szCs w:val="28"/>
              </w:rPr>
              <w:t>vik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D06CDD">
              <w:rPr>
                <w:rFonts w:cs="Times New Roman"/>
                <w:sz w:val="28"/>
                <w:szCs w:val="28"/>
              </w:rPr>
              <w:t>sva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yandex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Региональный проект работы с учащимися «группы риска»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Профилактика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Навигаторы детства РО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2026-2027 уч. год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6-18 лет (ОО, СПО)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Небыкова В.В. (тел. 89882575522, </w:t>
            </w:r>
            <w:r w:rsidRPr="00D06CDD">
              <w:rPr>
                <w:rFonts w:cs="Times New Roman"/>
                <w:sz w:val="28"/>
                <w:szCs w:val="28"/>
              </w:rPr>
              <w:t>vik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D06CDD">
              <w:rPr>
                <w:rFonts w:cs="Times New Roman"/>
                <w:sz w:val="28"/>
                <w:szCs w:val="28"/>
              </w:rPr>
              <w:t>sva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@</w:t>
            </w:r>
            <w:r w:rsidRPr="00D06CDD">
              <w:rPr>
                <w:rFonts w:cs="Times New Roman"/>
                <w:sz w:val="28"/>
                <w:szCs w:val="28"/>
              </w:rPr>
              <w:t>yandex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64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«Первая помощь»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Безопасность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Первых, РКК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12.01.2026 - 30.04.2027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Кудинова Е.В. (тел. 89613080422, </w:t>
            </w:r>
            <w:r w:rsidRPr="00D06CDD">
              <w:rPr>
                <w:rFonts w:cs="Times New Roman"/>
                <w:sz w:val="28"/>
                <w:szCs w:val="28"/>
              </w:rPr>
              <w:t>r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61@</w:t>
            </w:r>
            <w:r w:rsidRPr="00D06CDD">
              <w:rPr>
                <w:rFonts w:cs="Times New Roman"/>
                <w:sz w:val="28"/>
                <w:szCs w:val="28"/>
              </w:rPr>
              <w:t>pervye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ru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65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«Академия ЮИД»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Безопасность / ПДД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ЮИД ДОНА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Сент. 2026 - апр. 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9-17 лет (ОО, УДО)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Давыдова Г.Е. (тел. 89054544356, </w:t>
            </w:r>
            <w:r w:rsidRPr="00D06CDD">
              <w:rPr>
                <w:rFonts w:cs="Times New Roman"/>
                <w:sz w:val="28"/>
                <w:szCs w:val="28"/>
              </w:rPr>
              <w:t>galina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post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56@</w:t>
            </w:r>
            <w:r w:rsidRPr="00D06CDD">
              <w:rPr>
                <w:rFonts w:cs="Times New Roman"/>
                <w:sz w:val="28"/>
                <w:szCs w:val="28"/>
              </w:rPr>
              <w:t>gmail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com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66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Всероссийский проект «Наставник ЮИД»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Безопасность / ПДД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ЮИД ДОНА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Сент. 2026 - апр.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9-17 лет (ОО, УДО)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Давыдова Г.Е. (тел. 89054544356, </w:t>
            </w:r>
            <w:r w:rsidRPr="00D06CDD">
              <w:rPr>
                <w:rFonts w:cs="Times New Roman"/>
                <w:sz w:val="28"/>
                <w:szCs w:val="28"/>
              </w:rPr>
              <w:t>galina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post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56@</w:t>
            </w:r>
            <w:r w:rsidRPr="00D06CDD">
              <w:rPr>
                <w:rFonts w:cs="Times New Roman"/>
                <w:sz w:val="28"/>
                <w:szCs w:val="28"/>
              </w:rPr>
              <w:t>gmail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com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67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Школа «Безопасность в Движении»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Безопасность / ПДД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Движение Первых, ЮИД ДОНА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Окт. 2026 - июнь 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УДО)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Давыдова Г.Е. (тел. 89054544356), Движение Первых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68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Проект «Точка роста ЮИДовцев Дона: Безопасность. </w:t>
            </w:r>
            <w:r w:rsidRPr="00D06CDD">
              <w:rPr>
                <w:rFonts w:cs="Times New Roman"/>
                <w:sz w:val="28"/>
                <w:szCs w:val="28"/>
              </w:rPr>
              <w:t>Патриотизм. Интерактив»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Безопасность / ПДД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ЮИД ДОНА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Сент. 2026 - авг.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9-17 лет (ОО, УДО)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Давыдова Г.Е. (тел. 89054544356, </w:t>
            </w:r>
            <w:r w:rsidRPr="00D06CDD">
              <w:rPr>
                <w:rFonts w:cs="Times New Roman"/>
                <w:sz w:val="28"/>
                <w:szCs w:val="28"/>
              </w:rPr>
              <w:t>galina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post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56@</w:t>
            </w:r>
            <w:r w:rsidRPr="00D06CDD">
              <w:rPr>
                <w:rFonts w:cs="Times New Roman"/>
                <w:sz w:val="28"/>
                <w:szCs w:val="28"/>
              </w:rPr>
              <w:t>gmail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com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69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Областной смотр готовности отрядов ЮИД «ЮИД в пути. </w:t>
            </w:r>
            <w:r w:rsidRPr="00D06CDD">
              <w:rPr>
                <w:rFonts w:cs="Times New Roman"/>
                <w:sz w:val="28"/>
                <w:szCs w:val="28"/>
              </w:rPr>
              <w:t>ЮИД на марше»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Безопасность / ПДД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ЮИД ДОНА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Сент. - окт. 2026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УДО)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Давыдова Г.Е. (тел. 89054544356, </w:t>
            </w:r>
            <w:r w:rsidRPr="00D06CDD">
              <w:rPr>
                <w:rFonts w:cs="Times New Roman"/>
                <w:sz w:val="28"/>
                <w:szCs w:val="28"/>
              </w:rPr>
              <w:t>galina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post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56@</w:t>
            </w:r>
            <w:r w:rsidRPr="00D06CDD">
              <w:rPr>
                <w:rFonts w:cs="Times New Roman"/>
                <w:sz w:val="28"/>
                <w:szCs w:val="28"/>
              </w:rPr>
              <w:t>gmail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com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70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Областной смотр готовности ЮМО «Дорожные патрули»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«Молодежь Дона выбирает безопасность»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Безопасность / ПДД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ЮИД ДОНА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Окт. - нояб. 2026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16-18 лет (ОО, СПО)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Давыдова Г.Е. (тел. 89054544356, </w:t>
            </w:r>
            <w:r w:rsidRPr="00D06CDD">
              <w:rPr>
                <w:rFonts w:cs="Times New Roman"/>
                <w:sz w:val="28"/>
                <w:szCs w:val="28"/>
              </w:rPr>
              <w:t>galina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post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56@</w:t>
            </w:r>
            <w:r w:rsidRPr="00D06CDD">
              <w:rPr>
                <w:rFonts w:cs="Times New Roman"/>
                <w:sz w:val="28"/>
                <w:szCs w:val="28"/>
              </w:rPr>
              <w:t>gmail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com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71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Областные викторины «АВС» и «АБВ» по правилам дорожного движения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Безопасность / ПДД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ЮИД ДОНА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Нояб. - дек. 2026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(ОО, УДО)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Давыдова Г.Е. (тел. 89054544356, </w:t>
            </w:r>
            <w:r w:rsidRPr="00D06CDD">
              <w:rPr>
                <w:rFonts w:cs="Times New Roman"/>
                <w:sz w:val="28"/>
                <w:szCs w:val="28"/>
              </w:rPr>
              <w:t>galina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post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56@</w:t>
            </w:r>
            <w:r w:rsidRPr="00D06CDD">
              <w:rPr>
                <w:rFonts w:cs="Times New Roman"/>
                <w:sz w:val="28"/>
                <w:szCs w:val="28"/>
              </w:rPr>
              <w:t>gmail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com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72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Областная социально-значимая акция «Письмо водителю»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Безопасность / ПДД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ЮИД ДОНА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Дек. 2026 - янв.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7-17 лет (ОО)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Давыдова Г.Е. (тел. 89054544356, </w:t>
            </w:r>
            <w:r w:rsidRPr="00D06CDD">
              <w:rPr>
                <w:rFonts w:cs="Times New Roman"/>
                <w:sz w:val="28"/>
                <w:szCs w:val="28"/>
              </w:rPr>
              <w:t>galina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post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56@</w:t>
            </w:r>
            <w:r w:rsidRPr="00D06CDD">
              <w:rPr>
                <w:rFonts w:cs="Times New Roman"/>
                <w:sz w:val="28"/>
                <w:szCs w:val="28"/>
              </w:rPr>
              <w:t>gmail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com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73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Областная акция «Заметный пешеход — безопасное движение»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Безопасность / ПДД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ЮИД ДОНА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Март - апр. 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6-17 лет (ОО)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Давыдова Г.Е. (тел. 89054544356, </w:t>
            </w:r>
            <w:r w:rsidRPr="00D06CDD">
              <w:rPr>
                <w:rFonts w:cs="Times New Roman"/>
                <w:sz w:val="28"/>
                <w:szCs w:val="28"/>
              </w:rPr>
              <w:t>galina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post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56@</w:t>
            </w:r>
            <w:r w:rsidRPr="00D06CDD">
              <w:rPr>
                <w:rFonts w:cs="Times New Roman"/>
                <w:sz w:val="28"/>
                <w:szCs w:val="28"/>
              </w:rPr>
              <w:t>gmail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com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B624C6">
        <w:trPr>
          <w:jc w:val="center"/>
        </w:trPr>
        <w:tc>
          <w:tcPr>
            <w:tcW w:w="57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74</w:t>
            </w:r>
          </w:p>
        </w:tc>
        <w:tc>
          <w:tcPr>
            <w:tcW w:w="360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Региональная профильная смена «Светофор-2027»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Безопасность / ПДД</w:t>
            </w:r>
          </w:p>
        </w:tc>
        <w:tc>
          <w:tcPr>
            <w:tcW w:w="25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ЮИД ДОНА</w:t>
            </w:r>
          </w:p>
        </w:tc>
        <w:tc>
          <w:tcPr>
            <w:tcW w:w="1728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Июль - авг. 2027</w:t>
            </w:r>
          </w:p>
        </w:tc>
        <w:tc>
          <w:tcPr>
            <w:tcW w:w="15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8-17 лет (ОО, УДО)</w:t>
            </w:r>
          </w:p>
        </w:tc>
        <w:tc>
          <w:tcPr>
            <w:tcW w:w="3456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Давыдова Г.Е. (тел. 89054544356, </w:t>
            </w:r>
            <w:r w:rsidRPr="00D06CDD">
              <w:rPr>
                <w:rFonts w:cs="Times New Roman"/>
                <w:sz w:val="28"/>
                <w:szCs w:val="28"/>
              </w:rPr>
              <w:t>galina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post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56@</w:t>
            </w:r>
            <w:r w:rsidRPr="00D06CDD">
              <w:rPr>
                <w:rFonts w:cs="Times New Roman"/>
                <w:sz w:val="28"/>
                <w:szCs w:val="28"/>
              </w:rPr>
              <w:t>gmail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.</w:t>
            </w:r>
            <w:r w:rsidRPr="00D06CDD">
              <w:rPr>
                <w:rFonts w:cs="Times New Roman"/>
                <w:sz w:val="28"/>
                <w:szCs w:val="28"/>
              </w:rPr>
              <w:t>com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t>)</w:t>
            </w:r>
          </w:p>
        </w:tc>
      </w:tr>
      <w:tr w:rsidR="00E9310D" w:rsidRPr="00D06CDD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75</w:t>
            </w:r>
          </w:p>
        </w:tc>
        <w:tc>
          <w:tcPr>
            <w:tcW w:w="360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Всероссийский проект «Развитие школьных спасательных отрядов»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Безопасность</w:t>
            </w:r>
          </w:p>
        </w:tc>
        <w:tc>
          <w:tcPr>
            <w:tcW w:w="25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ВСКС</w:t>
            </w:r>
          </w:p>
        </w:tc>
        <w:tc>
          <w:tcPr>
            <w:tcW w:w="1728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01.09.2026 - 31.08.2027</w:t>
            </w:r>
          </w:p>
        </w:tc>
        <w:tc>
          <w:tcPr>
            <w:tcW w:w="15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Обучающиеся ОО</w:t>
            </w:r>
          </w:p>
        </w:tc>
        <w:tc>
          <w:tcPr>
            <w:tcW w:w="3456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shsovsks.ru</w:t>
            </w:r>
          </w:p>
        </w:tc>
      </w:tr>
    </w:tbl>
    <w:p w:rsidR="00E9310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92D7F" w:rsidRDefault="00492D7F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92D7F" w:rsidRDefault="00492D7F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92D7F" w:rsidRDefault="00492D7F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92D7F" w:rsidRDefault="00492D7F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92D7F" w:rsidRDefault="00492D7F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492D7F" w:rsidRPr="00D06CDD" w:rsidRDefault="00492D7F" w:rsidP="00D06CDD">
      <w:pPr>
        <w:spacing w:after="0" w:line="240" w:lineRule="auto"/>
        <w:rPr>
          <w:rFonts w:cs="Times New Roman"/>
          <w:sz w:val="28"/>
          <w:szCs w:val="28"/>
        </w:rPr>
      </w:pPr>
    </w:p>
    <w:p w:rsidR="00E9310D" w:rsidRPr="00492D7F" w:rsidRDefault="003474AC" w:rsidP="00492D7F">
      <w:pPr>
        <w:keepNext/>
        <w:spacing w:before="280" w:after="0" w:line="240" w:lineRule="auto"/>
        <w:jc w:val="center"/>
        <w:rPr>
          <w:rFonts w:cs="Times New Roman"/>
          <w:b/>
          <w:color w:val="1B365D"/>
          <w:sz w:val="28"/>
          <w:szCs w:val="28"/>
          <w:lang w:val="ru-RU"/>
        </w:rPr>
      </w:pPr>
      <w:r w:rsidRPr="00D06CDD">
        <w:rPr>
          <w:rFonts w:cs="Times New Roman"/>
          <w:b/>
          <w:color w:val="1B365D"/>
          <w:sz w:val="28"/>
          <w:szCs w:val="28"/>
          <w:lang w:val="ru-RU"/>
        </w:rPr>
        <w:lastRenderedPageBreak/>
        <w:t xml:space="preserve">РАЗДЕЛ </w:t>
      </w:r>
      <w:r w:rsidRPr="00D06CDD">
        <w:rPr>
          <w:rFonts w:cs="Times New Roman"/>
          <w:b/>
          <w:color w:val="1B365D"/>
          <w:sz w:val="28"/>
          <w:szCs w:val="28"/>
        </w:rPr>
        <w:t>VI</w:t>
      </w:r>
      <w:r w:rsidRPr="00D06CDD">
        <w:rPr>
          <w:rFonts w:cs="Times New Roman"/>
          <w:b/>
          <w:color w:val="1B365D"/>
          <w:sz w:val="28"/>
          <w:szCs w:val="28"/>
          <w:lang w:val="ru-RU"/>
        </w:rPr>
        <w:t>. ПРИЛОЖЕНИЕ: КАЛЕНДАРЬ ЮБИЛЕЙНЫХ ДАТ ДЕЯТЕЛЕЙ КУЛЬТУРЫ, НАУКИ И КНИГ-ЮБИЛЯРОВ НА 2026–2027 УЧЕБНЫЙ ГОД</w:t>
      </w:r>
    </w:p>
    <w:p w:rsidR="00E9310D" w:rsidRPr="00D06CDD" w:rsidRDefault="003474AC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  <w:r w:rsidRPr="00D06CDD">
        <w:rPr>
          <w:rFonts w:cs="Times New Roman"/>
          <w:b/>
          <w:color w:val="1B365D"/>
          <w:sz w:val="28"/>
          <w:szCs w:val="28"/>
          <w:lang w:val="ru-RU"/>
        </w:rPr>
        <w:t xml:space="preserve">6.1. </w:t>
      </w:r>
      <w:r w:rsidRPr="00D06CDD">
        <w:rPr>
          <w:rFonts w:cs="Times New Roman"/>
          <w:sz w:val="28"/>
          <w:szCs w:val="28"/>
          <w:lang w:val="ru-RU"/>
        </w:rPr>
        <w:t>Таблица 6.1. Юбилейные даты со дня рождения отечественных писателей, поэтов, ученых, музыкантов и полководцев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872"/>
        <w:gridCol w:w="5184"/>
        <w:gridCol w:w="2160"/>
        <w:gridCol w:w="6192"/>
      </w:tblGrid>
      <w:tr w:rsidR="00E9310D" w:rsidRPr="00B624C6">
        <w:trPr>
          <w:tblHeader/>
          <w:jc w:val="center"/>
        </w:trPr>
        <w:tc>
          <w:tcPr>
            <w:tcW w:w="187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Дата</w:t>
            </w:r>
          </w:p>
        </w:tc>
        <w:tc>
          <w:tcPr>
            <w:tcW w:w="5184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Деятель, юбилейная дата</w:t>
            </w:r>
          </w:p>
        </w:tc>
        <w:tc>
          <w:tcPr>
            <w:tcW w:w="2160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Годы жизни</w:t>
            </w:r>
          </w:p>
        </w:tc>
        <w:tc>
          <w:tcPr>
            <w:tcW w:w="619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  <w:lang w:val="ru-RU"/>
              </w:rPr>
              <w:t>Историко-культурное значение / Рекомендуемые формы работы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 сентября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85 лет со дня рождения Сергея Донатовича Довлатова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1941–1990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Русский писатель; тематические библиотечные обзоры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25 сентября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120 лет со дня рождения Дмитрия Дмитриевича Шостаковича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1906–1975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Великий композитор; уроки музыки, прослушивание 7-й Ленинградской симфонии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октября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235 лет со дня рождения Сергея Тимофеевича Аксакова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1791–1859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Русский писатель, автор «Аленького цветочка»; литературные сказочные часы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21 октября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130 лет со дня рождения Евгения Львовича Шварца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1896–1958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Писатель, драматург, киносценарист; постановка спектаклей «Школьная классика»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11 ноября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205 лет со дня рождения Федора Михайловича Достоевского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1821–1881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Великий русский мыслитель и писатель; читательские конференции, круглые столы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 ноября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315 лет со дня рождения Михаила Васильевича Ломоносова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1711–1765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Первый русский академик, поэт, естествоиспытатель; Дни науки, Ломоносовские чтения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22 ноября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225 лет со дня рождения Владимира Ивановича Даля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1801–1872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Создатель «Толкового словаря живого великорусского языка»; уроки словесности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28 ноября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120 лет со дня рождения Дмитрия Сергеевича Лихачева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1906–1999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Академик, культуролог, защитник культуры; уроки краеведения и экологии культуры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 декабря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130 лет со дня рождения Георгия Константиновича Жукова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1896–1974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«Маршал Победы», четырежды Герой Советского Союза; уроки Мужества, лектории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 декабря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205 лет со дня рождения Николая Алексеевича Некрасова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1821–1878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Великий русский поэт, издатель; литературные гостиные и конкурсы чтецов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12 декабря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260 лет со дня рождения Николая Михайловича Карамзина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1766–1825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Историк государства Российского, писатель; исторические чтения, выставки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16 декабря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160 лет со дня рождения Василия Васильевича Кандинского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1866–1944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Основоположник абстракционизма; выставки в изостудиях, уроки МХК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 января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190 лет со дня рождения Милия Алексеевича Балакирева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1837–1910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Композитор, глава «Могучей кучки»; музыкальные часы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 января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155 лет со дня рождения Александра Николаевича Скрябина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1872–1915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Российский композитор, пианист; тематические музыкальные уроки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 января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200 лет со дня рождения Петра Петровича Семёнова-Тян-Шанского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1827–1914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Выдающийся географ, путешественник; мероприятия Года Географии-2027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25 января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195 лет со дня рождения Ивана Ивановича Шишкина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1832–1898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Великий русский художник-пейзажист; арт-выставки, уроки ИЗО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28 января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130 лет со дня рождения Валентина Петровича Катаева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1897–1986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Писатель, автор книги «Сын полка»; уроки внеклассного чтения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28 февраля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105 лет со дня рождения Юрия Михайловича Лотмана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1922–1993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Литературовед, культуролог; лекции по истории русской дворянской культуры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15 марта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90 лет со дня рождения Валентина Григорьевича Распутина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1937–2015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Писатель («Уроки французского», «Прощание с Матёрой»); уроки нравственности</w:t>
            </w:r>
          </w:p>
        </w:tc>
      </w:tr>
      <w:tr w:rsidR="00E9310D" w:rsidRPr="00D06CDD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 марта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120 лет со дня рождения писательницы Ирины Грековой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1907–2002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Прозаик, математик; литературные обзоры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31 марта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145 лет со дня рождения Корнея Ивановича Чуковского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1882–1969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Любимый детский поэт и сказочник; сказочные викторины в 1-4 классах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 апреля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90 лет со дня рождения Беллы Ахатовны Ахмадулиной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1937–2010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Русская советская поэтесса; поэтические вечера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27 апреля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150 лет со дня рождения святителя Луки Крымского (В.Ф. Войно-Ясенецкого)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1877–1961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Выдающийся хирург, профессор медицины, святитель; уроки служения и добра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16 мая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210 лет со дня рождения Николая Ивановича Костомарова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1817–1885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Историк, этнограф, писатель; исторические краеведческие часы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16 мая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140 лет со дня рождения Игоря Северянина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1887–1941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Поэт Серебряного века; поэтические салоны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21 мая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155 лет со дня рождения Тэффи (Надежды Александровны Лохвицкой)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1872–1952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Русская писательница, сатирик; юмористические литературные часы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28 мая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150 лет со дня рождения Максимилиана Волошина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1877–1932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Поэт, художник, мыслитель; выставки пейзажной живописи и поэзии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29 мая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240 лет со дня рождения Константина Николаевича Батюшкова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1787–1855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Русский поэт-романтик; поэтические чтения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 июня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90 лет со дня рождения Юнны Петровны Мориц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род. 1937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Детская поэтесса; декламация детских стихов в начальной школе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 июня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День рождения Александра Сергеевича Пушкина (Пушкинский день)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1799–1837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Солнце русской поэзии; Пушкинские праздники в пришкольном лагере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 июня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190 лет со дня рождения Ивана Николаевича Крамского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1837–1887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Художник-передвижник; виртуальные экскурсии в Третьяковскую галерею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15 июня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160 лет со дня рождения Константина Дмитриевича Бальмонта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1867–1942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Поэт Серебряного века; литературные чтения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 июня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120 лет со дня рождения Варлама Тихоновича Шаламова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1907–1982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Писатель («Колымские рассказы»); уроки исторической памяти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21 июня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230 лет со дня рождения Вильгельма Карловича Кюхельбекера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1797–1846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Поэт, декабрист, лицейский друг Пушкина; уроки литературы</w:t>
            </w:r>
          </w:p>
        </w:tc>
      </w:tr>
      <w:tr w:rsidR="00E9310D" w:rsidRPr="00D06CDD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25 июня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120 лет со дня рождения Арсения Александровича Тарковского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1907–1989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Поэт, переводчик; поэтические лектории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 июля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225 лет со дня рождения Павла Степановича Нахимова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1802–1855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Выдающийся русский флотоводец, герой Синопа и Севастополя; уроки морской славы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 июля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140 лет со дня рождения Марка Шагала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1887–1985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Всемирно известный художник-авангардист; арт-часы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29 июля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210 лет со дня рождения Ивана Константиновича Айвазовского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1817–1900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Великий русский живописец-маринист; тематические выставки картин о море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 августа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270 лет со дня рождения Владимира Лукича Боровиковского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1757–1825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Художник-портретист классицизма; виртуальные вернисажи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 августа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100 лет со дня рождения Юрия Павловича Казакова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1927–1982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Русский писатель, классик малого жанра; читательские часы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15 августа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240 лет со дня рождения Александра Александровича Алябьева</w:t>
            </w:r>
          </w:p>
        </w:tc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1787–1851</w:t>
            </w:r>
          </w:p>
        </w:tc>
        <w:tc>
          <w:tcPr>
            <w:tcW w:w="619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Композитор, автор знаменитого романса «Соловей»; музыкальные гостиные</w:t>
            </w:r>
          </w:p>
        </w:tc>
      </w:tr>
      <w:tr w:rsidR="00E9310D" w:rsidRPr="00B624C6">
        <w:trPr>
          <w:jc w:val="center"/>
        </w:trPr>
        <w:tc>
          <w:tcPr>
            <w:tcW w:w="187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 августа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90 лет со дня рождения Александра Валентиновича Вампилова</w:t>
            </w:r>
          </w:p>
        </w:tc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1937–1972</w:t>
            </w:r>
          </w:p>
        </w:tc>
        <w:tc>
          <w:tcPr>
            <w:tcW w:w="619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Драматург («Старший сын», «Утиная охота»); театральные постановки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E9310D" w:rsidRPr="00D06CDD" w:rsidRDefault="003474AC" w:rsidP="00D06CDD">
      <w:pPr>
        <w:spacing w:after="0" w:line="240" w:lineRule="auto"/>
        <w:rPr>
          <w:rFonts w:cs="Times New Roman"/>
          <w:sz w:val="28"/>
          <w:szCs w:val="28"/>
        </w:rPr>
      </w:pPr>
      <w:r w:rsidRPr="00D06CDD">
        <w:rPr>
          <w:rFonts w:cs="Times New Roman"/>
          <w:b/>
          <w:color w:val="1B365D"/>
          <w:sz w:val="28"/>
          <w:szCs w:val="28"/>
        </w:rPr>
        <w:t xml:space="preserve">6.2. </w:t>
      </w:r>
      <w:r w:rsidRPr="00D06CDD">
        <w:rPr>
          <w:rFonts w:cs="Times New Roman"/>
          <w:sz w:val="28"/>
          <w:szCs w:val="28"/>
        </w:rPr>
        <w:t>Таблица 6.2. Книги-юбиляры 2026–2027 учебного года</w:t>
      </w:r>
    </w:p>
    <w:tbl>
      <w:tblPr>
        <w:tblW w:w="0" w:type="auto"/>
        <w:jc w:val="center"/>
        <w:tblBorders>
          <w:top w:val="single" w:sz="6" w:space="0" w:color="D3D3D3"/>
          <w:bottom w:val="single" w:sz="8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160"/>
        <w:gridCol w:w="5184"/>
        <w:gridCol w:w="4032"/>
        <w:gridCol w:w="4032"/>
      </w:tblGrid>
      <w:tr w:rsidR="00E9310D" w:rsidRPr="00D06CDD">
        <w:trPr>
          <w:tblHeader/>
          <w:jc w:val="center"/>
        </w:trPr>
        <w:tc>
          <w:tcPr>
            <w:tcW w:w="2160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Юбилей книги</w:t>
            </w:r>
          </w:p>
        </w:tc>
        <w:tc>
          <w:tcPr>
            <w:tcW w:w="5184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Произведение</w:t>
            </w:r>
          </w:p>
        </w:tc>
        <w:tc>
          <w:tcPr>
            <w:tcW w:w="403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Автор</w:t>
            </w:r>
          </w:p>
        </w:tc>
        <w:tc>
          <w:tcPr>
            <w:tcW w:w="4032" w:type="dxa"/>
            <w:shd w:val="clear" w:color="auto" w:fill="1B365D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b/>
                <w:color w:val="FFFFFF"/>
                <w:sz w:val="28"/>
                <w:szCs w:val="28"/>
              </w:rPr>
              <w:t>Год создания / Рекомендуемая аудитория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480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«Повесть о Петре и Февронии Муромских»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Ермолай-Еразм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1547 г. (5–11 классы, День семьи)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235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«Бедная Лиза»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Н.М. Карамзин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1792 г. (8–11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205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«Песнь о вещем Олеге»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А.С. Пушкин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1822 г. (6–7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200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«Арап Петра Великого»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А.С. Пушкин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1827 г. (7–9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195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«Сказка о царе Салтане...»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А.С. Пушкин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1832 г. (1–4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195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«Дубровский»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А.С. Пушкин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1832–1833 гг. (6–7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190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Стихотворения «Бородино» и «Смерть поэта»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М.Ю. Лермонтов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1837 г. (5–9 классы, уроки Мужества)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185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«Мёртвые души» (Первый том)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Н.В. Гоголь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1842 г. (9–10 классы)</w:t>
            </w:r>
          </w:p>
        </w:tc>
      </w:tr>
      <w:tr w:rsidR="00E9310D" w:rsidRPr="00B624C6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180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«Записки охотника»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И.С. Тургенев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 xml:space="preserve">1847 г. (175 лет изданию 1852 г., </w:t>
            </w:r>
            <w:r w:rsidRPr="00D06CDD">
              <w:rPr>
                <w:rFonts w:cs="Times New Roman"/>
                <w:sz w:val="28"/>
                <w:szCs w:val="28"/>
                <w:lang w:val="ru-RU"/>
              </w:rPr>
              <w:lastRenderedPageBreak/>
              <w:t>7–8 кл.)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180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«Обыкновенная история»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И.А. Гончаров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1847 г. (10 класс)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175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«Муму»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И.С. Тургенев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1852 г. (5 класс)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175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«Детство»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Л.Н. Толстой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1852 г. (7 класс)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165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«Отцы и дети»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И.С. Тургенев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1862 г. (10 класс)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160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«Преступление и наказание»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Ф.М. Достоевский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1867 г. (10 класс)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155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«Азбука» и «Кавказский пленник»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Л.Н. Толстой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1872 г. (1–5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140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«Каштанка»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А.П. Чехов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1887 г. (3–5 классы, донской автор)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110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«Крокодил»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К.И. Чуковский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1917 г. (1–2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105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«Алые паруса»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А. Грин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1922 г. (6–8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100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«Разгром»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А.А. Фадеев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1927 г. (11 класс)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100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«Гиперболоид инженера Гарина»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А.Н. Толстой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1927 г. (8–9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100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«Республика ШКИД»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Г. Белых, Л. Пантелеев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1927 г. (6–8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100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Стихотворение «Почта»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С.Я. Маршак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1927 г. (1–3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95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«Как закалялась сталь»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Н.А. Островский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1932 г. (9–11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95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«Поднятая целина»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М.А. Шолохов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1932 г. (10–11 классы, донской автор)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90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«Судьба барабанщика»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А.П. Гайдар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1937 г. (5–7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90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«Морские истории»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Б. Житков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1937 г. (3–5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85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Стихотворение «Родина»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К. Симонов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1942 г. (5–9 классы, ВОВ)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80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«Весёлые рассказы»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Н.Н. Носов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1947 г. (1–4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80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«Повесть о настоящем человеке»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Б. Полевой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1947 г. (6–8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lastRenderedPageBreak/>
              <w:t>75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06CDD">
              <w:rPr>
                <w:rFonts w:cs="Times New Roman"/>
                <w:sz w:val="28"/>
                <w:szCs w:val="28"/>
                <w:lang w:val="ru-RU"/>
              </w:rPr>
              <w:t>«Витя Малеев в школе и дома»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Н.Н. Носов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1952 г. (3–5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70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«Судьба человека»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М.А. Шолохов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1957 г. (9–11 классы, донской автор)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65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«Чудак из 6-б»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В.К. Железников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1962 г. (5–6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65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 xml:space="preserve">«Баранкин, будь </w:t>
            </w:r>
            <w:proofErr w:type="gramStart"/>
            <w:r w:rsidRPr="00D06CDD">
              <w:rPr>
                <w:rFonts w:cs="Times New Roman"/>
                <w:sz w:val="28"/>
                <w:szCs w:val="28"/>
              </w:rPr>
              <w:t>человеком!»</w:t>
            </w:r>
            <w:proofErr w:type="gramEnd"/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В.В. Медведев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1962 г. (4–6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55 лет</w:t>
            </w:r>
          </w:p>
        </w:tc>
        <w:tc>
          <w:tcPr>
            <w:tcW w:w="5184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«Домовёнок Кузька»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Т.И. Александрова</w:t>
            </w:r>
          </w:p>
        </w:tc>
        <w:tc>
          <w:tcPr>
            <w:tcW w:w="4032" w:type="dxa"/>
            <w:shd w:val="clear" w:color="auto" w:fill="F9FAFC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1972 г. (1–3 классы)</w:t>
            </w:r>
          </w:p>
        </w:tc>
      </w:tr>
      <w:tr w:rsidR="00E9310D" w:rsidRPr="00D06CDD">
        <w:trPr>
          <w:jc w:val="center"/>
        </w:trPr>
        <w:tc>
          <w:tcPr>
            <w:tcW w:w="2160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40 лет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«Дети Арбата»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А. Рыбаков</w:t>
            </w:r>
          </w:p>
        </w:tc>
        <w:tc>
          <w:tcPr>
            <w:tcW w:w="4032" w:type="dxa"/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E9310D" w:rsidRPr="00D06CDD" w:rsidRDefault="003474AC" w:rsidP="00D06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D06CDD">
              <w:rPr>
                <w:rFonts w:cs="Times New Roman"/>
                <w:sz w:val="28"/>
                <w:szCs w:val="28"/>
              </w:rPr>
              <w:t>1987 г. (11 класс)</w:t>
            </w:r>
          </w:p>
        </w:tc>
      </w:tr>
    </w:tbl>
    <w:p w:rsidR="00E9310D" w:rsidRPr="00D06CDD" w:rsidRDefault="00E9310D" w:rsidP="00D06CDD">
      <w:pPr>
        <w:spacing w:after="0" w:line="240" w:lineRule="auto"/>
        <w:rPr>
          <w:rFonts w:cs="Times New Roman"/>
          <w:sz w:val="28"/>
          <w:szCs w:val="28"/>
        </w:rPr>
      </w:pPr>
    </w:p>
    <w:sectPr w:rsidR="00E9310D" w:rsidRPr="00D06CDD" w:rsidSect="00034616">
      <w:pgSz w:w="16834" w:h="1190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73"/>
        </w:tabs>
        <w:ind w:left="1873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596D46"/>
    <w:multiLevelType w:val="hybridMultilevel"/>
    <w:tmpl w:val="B4A0D9DC"/>
    <w:lvl w:ilvl="0" w:tplc="739CAD16">
      <w:start w:val="1"/>
      <w:numFmt w:val="decimal"/>
      <w:lvlText w:val="%1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FE0EA4">
      <w:numFmt w:val="bullet"/>
      <w:lvlText w:val="•"/>
      <w:lvlJc w:val="left"/>
      <w:pPr>
        <w:ind w:left="571" w:hanging="180"/>
      </w:pPr>
      <w:rPr>
        <w:rFonts w:hint="default"/>
        <w:lang w:val="ru-RU" w:eastAsia="en-US" w:bidi="ar-SA"/>
      </w:rPr>
    </w:lvl>
    <w:lvl w:ilvl="2" w:tplc="24E01406">
      <w:numFmt w:val="bullet"/>
      <w:lvlText w:val="•"/>
      <w:lvlJc w:val="left"/>
      <w:pPr>
        <w:ind w:left="1042" w:hanging="180"/>
      </w:pPr>
      <w:rPr>
        <w:rFonts w:hint="default"/>
        <w:lang w:val="ru-RU" w:eastAsia="en-US" w:bidi="ar-SA"/>
      </w:rPr>
    </w:lvl>
    <w:lvl w:ilvl="3" w:tplc="B2C48C42">
      <w:numFmt w:val="bullet"/>
      <w:lvlText w:val="•"/>
      <w:lvlJc w:val="left"/>
      <w:pPr>
        <w:ind w:left="1513" w:hanging="180"/>
      </w:pPr>
      <w:rPr>
        <w:rFonts w:hint="default"/>
        <w:lang w:val="ru-RU" w:eastAsia="en-US" w:bidi="ar-SA"/>
      </w:rPr>
    </w:lvl>
    <w:lvl w:ilvl="4" w:tplc="652CBD36">
      <w:numFmt w:val="bullet"/>
      <w:lvlText w:val="•"/>
      <w:lvlJc w:val="left"/>
      <w:pPr>
        <w:ind w:left="1984" w:hanging="180"/>
      </w:pPr>
      <w:rPr>
        <w:rFonts w:hint="default"/>
        <w:lang w:val="ru-RU" w:eastAsia="en-US" w:bidi="ar-SA"/>
      </w:rPr>
    </w:lvl>
    <w:lvl w:ilvl="5" w:tplc="3E98A090">
      <w:numFmt w:val="bullet"/>
      <w:lvlText w:val="•"/>
      <w:lvlJc w:val="left"/>
      <w:pPr>
        <w:ind w:left="2455" w:hanging="180"/>
      </w:pPr>
      <w:rPr>
        <w:rFonts w:hint="default"/>
        <w:lang w:val="ru-RU" w:eastAsia="en-US" w:bidi="ar-SA"/>
      </w:rPr>
    </w:lvl>
    <w:lvl w:ilvl="6" w:tplc="313AF6DC">
      <w:numFmt w:val="bullet"/>
      <w:lvlText w:val="•"/>
      <w:lvlJc w:val="left"/>
      <w:pPr>
        <w:ind w:left="2926" w:hanging="180"/>
      </w:pPr>
      <w:rPr>
        <w:rFonts w:hint="default"/>
        <w:lang w:val="ru-RU" w:eastAsia="en-US" w:bidi="ar-SA"/>
      </w:rPr>
    </w:lvl>
    <w:lvl w:ilvl="7" w:tplc="042A33D2">
      <w:numFmt w:val="bullet"/>
      <w:lvlText w:val="•"/>
      <w:lvlJc w:val="left"/>
      <w:pPr>
        <w:ind w:left="3397" w:hanging="180"/>
      </w:pPr>
      <w:rPr>
        <w:rFonts w:hint="default"/>
        <w:lang w:val="ru-RU" w:eastAsia="en-US" w:bidi="ar-SA"/>
      </w:rPr>
    </w:lvl>
    <w:lvl w:ilvl="8" w:tplc="5A027E34">
      <w:numFmt w:val="bullet"/>
      <w:lvlText w:val="•"/>
      <w:lvlJc w:val="left"/>
      <w:pPr>
        <w:ind w:left="3868" w:hanging="18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856"/>
    <w:rsid w:val="00011216"/>
    <w:rsid w:val="000123B8"/>
    <w:rsid w:val="00021890"/>
    <w:rsid w:val="00021F43"/>
    <w:rsid w:val="00034616"/>
    <w:rsid w:val="00034935"/>
    <w:rsid w:val="00045597"/>
    <w:rsid w:val="0005316A"/>
    <w:rsid w:val="00056A6D"/>
    <w:rsid w:val="0006063C"/>
    <w:rsid w:val="00064340"/>
    <w:rsid w:val="0007133B"/>
    <w:rsid w:val="00073DF3"/>
    <w:rsid w:val="00074D52"/>
    <w:rsid w:val="00075AB4"/>
    <w:rsid w:val="00082F86"/>
    <w:rsid w:val="00090BEF"/>
    <w:rsid w:val="000915BB"/>
    <w:rsid w:val="000919F7"/>
    <w:rsid w:val="000A060E"/>
    <w:rsid w:val="000C2A05"/>
    <w:rsid w:val="000C4648"/>
    <w:rsid w:val="000E24DE"/>
    <w:rsid w:val="00102D4C"/>
    <w:rsid w:val="00124517"/>
    <w:rsid w:val="00125CB5"/>
    <w:rsid w:val="0012755F"/>
    <w:rsid w:val="0015074B"/>
    <w:rsid w:val="001524E0"/>
    <w:rsid w:val="001547D9"/>
    <w:rsid w:val="00157C46"/>
    <w:rsid w:val="0017061B"/>
    <w:rsid w:val="00174E3F"/>
    <w:rsid w:val="00184E80"/>
    <w:rsid w:val="001C2051"/>
    <w:rsid w:val="001C377A"/>
    <w:rsid w:val="001C7FE0"/>
    <w:rsid w:val="001E3EB5"/>
    <w:rsid w:val="001F05C1"/>
    <w:rsid w:val="001F0C95"/>
    <w:rsid w:val="001F20A3"/>
    <w:rsid w:val="002011E6"/>
    <w:rsid w:val="0021050B"/>
    <w:rsid w:val="00247D87"/>
    <w:rsid w:val="00255633"/>
    <w:rsid w:val="00264204"/>
    <w:rsid w:val="00281B8E"/>
    <w:rsid w:val="00282E70"/>
    <w:rsid w:val="0028378C"/>
    <w:rsid w:val="00290362"/>
    <w:rsid w:val="0029639D"/>
    <w:rsid w:val="0029643D"/>
    <w:rsid w:val="00297517"/>
    <w:rsid w:val="002A49A1"/>
    <w:rsid w:val="002C4016"/>
    <w:rsid w:val="002E458F"/>
    <w:rsid w:val="002F64D6"/>
    <w:rsid w:val="0031477B"/>
    <w:rsid w:val="00314F1A"/>
    <w:rsid w:val="003203E9"/>
    <w:rsid w:val="00323308"/>
    <w:rsid w:val="00326F90"/>
    <w:rsid w:val="0033498C"/>
    <w:rsid w:val="003357B1"/>
    <w:rsid w:val="00336E80"/>
    <w:rsid w:val="003474AC"/>
    <w:rsid w:val="00353CF4"/>
    <w:rsid w:val="00362A46"/>
    <w:rsid w:val="00375ACF"/>
    <w:rsid w:val="00387927"/>
    <w:rsid w:val="003928B3"/>
    <w:rsid w:val="003954C3"/>
    <w:rsid w:val="003A2739"/>
    <w:rsid w:val="003A3C02"/>
    <w:rsid w:val="003B0DBB"/>
    <w:rsid w:val="003B33C0"/>
    <w:rsid w:val="003E5355"/>
    <w:rsid w:val="003F7189"/>
    <w:rsid w:val="00400138"/>
    <w:rsid w:val="00402F33"/>
    <w:rsid w:val="004036EA"/>
    <w:rsid w:val="004062B2"/>
    <w:rsid w:val="00406330"/>
    <w:rsid w:val="00416E14"/>
    <w:rsid w:val="004211AC"/>
    <w:rsid w:val="00430ADC"/>
    <w:rsid w:val="00470FFD"/>
    <w:rsid w:val="00475D71"/>
    <w:rsid w:val="00476643"/>
    <w:rsid w:val="00480A16"/>
    <w:rsid w:val="00481196"/>
    <w:rsid w:val="00483CCA"/>
    <w:rsid w:val="0049090B"/>
    <w:rsid w:val="00492D7F"/>
    <w:rsid w:val="004964C1"/>
    <w:rsid w:val="00497D77"/>
    <w:rsid w:val="004A1131"/>
    <w:rsid w:val="004B2D3D"/>
    <w:rsid w:val="004C3006"/>
    <w:rsid w:val="004D1ADF"/>
    <w:rsid w:val="004D6DF2"/>
    <w:rsid w:val="004D71E2"/>
    <w:rsid w:val="004E669E"/>
    <w:rsid w:val="004F326E"/>
    <w:rsid w:val="00503923"/>
    <w:rsid w:val="0050507B"/>
    <w:rsid w:val="005138C5"/>
    <w:rsid w:val="00514ADB"/>
    <w:rsid w:val="00515AD9"/>
    <w:rsid w:val="00526749"/>
    <w:rsid w:val="00550BA4"/>
    <w:rsid w:val="00554775"/>
    <w:rsid w:val="00566439"/>
    <w:rsid w:val="00571E37"/>
    <w:rsid w:val="00572034"/>
    <w:rsid w:val="00573F66"/>
    <w:rsid w:val="00581B80"/>
    <w:rsid w:val="005A6D3C"/>
    <w:rsid w:val="005B2A12"/>
    <w:rsid w:val="005B4012"/>
    <w:rsid w:val="005B5203"/>
    <w:rsid w:val="005B5292"/>
    <w:rsid w:val="005E6B0F"/>
    <w:rsid w:val="005F0B74"/>
    <w:rsid w:val="005F22E5"/>
    <w:rsid w:val="006029AF"/>
    <w:rsid w:val="00603F85"/>
    <w:rsid w:val="006066CD"/>
    <w:rsid w:val="006214B9"/>
    <w:rsid w:val="00621F59"/>
    <w:rsid w:val="006237C8"/>
    <w:rsid w:val="006257E9"/>
    <w:rsid w:val="006357AC"/>
    <w:rsid w:val="006403FE"/>
    <w:rsid w:val="00644512"/>
    <w:rsid w:val="00660419"/>
    <w:rsid w:val="0066238C"/>
    <w:rsid w:val="006649F3"/>
    <w:rsid w:val="00677069"/>
    <w:rsid w:val="006A66FD"/>
    <w:rsid w:val="006C33BB"/>
    <w:rsid w:val="006D787F"/>
    <w:rsid w:val="006D7A73"/>
    <w:rsid w:val="006E1625"/>
    <w:rsid w:val="006F6332"/>
    <w:rsid w:val="00704165"/>
    <w:rsid w:val="00706338"/>
    <w:rsid w:val="00710730"/>
    <w:rsid w:val="007146D2"/>
    <w:rsid w:val="00721B2D"/>
    <w:rsid w:val="007456F6"/>
    <w:rsid w:val="00752F68"/>
    <w:rsid w:val="00760EA7"/>
    <w:rsid w:val="00762FEA"/>
    <w:rsid w:val="007813FC"/>
    <w:rsid w:val="007916B3"/>
    <w:rsid w:val="00797B9A"/>
    <w:rsid w:val="007A1FAE"/>
    <w:rsid w:val="007A5A6D"/>
    <w:rsid w:val="007A7E52"/>
    <w:rsid w:val="007B1F4B"/>
    <w:rsid w:val="007B4069"/>
    <w:rsid w:val="007B6574"/>
    <w:rsid w:val="007C780F"/>
    <w:rsid w:val="007D6FA3"/>
    <w:rsid w:val="007E123D"/>
    <w:rsid w:val="007E2BD4"/>
    <w:rsid w:val="007F6ADC"/>
    <w:rsid w:val="008118D9"/>
    <w:rsid w:val="00813C37"/>
    <w:rsid w:val="00823881"/>
    <w:rsid w:val="00832F99"/>
    <w:rsid w:val="00835FF1"/>
    <w:rsid w:val="0084543A"/>
    <w:rsid w:val="008573F1"/>
    <w:rsid w:val="00874353"/>
    <w:rsid w:val="008979FB"/>
    <w:rsid w:val="008C09DC"/>
    <w:rsid w:val="008C41D8"/>
    <w:rsid w:val="008C4BA2"/>
    <w:rsid w:val="008E0B1F"/>
    <w:rsid w:val="008E47B8"/>
    <w:rsid w:val="009149AE"/>
    <w:rsid w:val="009215EE"/>
    <w:rsid w:val="0094602A"/>
    <w:rsid w:val="0094769A"/>
    <w:rsid w:val="0096109F"/>
    <w:rsid w:val="0097755D"/>
    <w:rsid w:val="00995101"/>
    <w:rsid w:val="009A1078"/>
    <w:rsid w:val="009C034F"/>
    <w:rsid w:val="009D1181"/>
    <w:rsid w:val="009D7A1B"/>
    <w:rsid w:val="009E71DE"/>
    <w:rsid w:val="009E7ED8"/>
    <w:rsid w:val="00A01646"/>
    <w:rsid w:val="00A01AE2"/>
    <w:rsid w:val="00A043C9"/>
    <w:rsid w:val="00A13BBA"/>
    <w:rsid w:val="00A13C91"/>
    <w:rsid w:val="00A151F3"/>
    <w:rsid w:val="00A201D5"/>
    <w:rsid w:val="00A54625"/>
    <w:rsid w:val="00A60492"/>
    <w:rsid w:val="00A711BB"/>
    <w:rsid w:val="00A875F1"/>
    <w:rsid w:val="00AA1D8D"/>
    <w:rsid w:val="00AB4F54"/>
    <w:rsid w:val="00AC31BA"/>
    <w:rsid w:val="00AE7DC1"/>
    <w:rsid w:val="00AF0994"/>
    <w:rsid w:val="00AF7C56"/>
    <w:rsid w:val="00B01CB0"/>
    <w:rsid w:val="00B054C3"/>
    <w:rsid w:val="00B05D18"/>
    <w:rsid w:val="00B214F6"/>
    <w:rsid w:val="00B30112"/>
    <w:rsid w:val="00B451CA"/>
    <w:rsid w:val="00B47730"/>
    <w:rsid w:val="00B624C6"/>
    <w:rsid w:val="00B931D5"/>
    <w:rsid w:val="00B9451F"/>
    <w:rsid w:val="00BA6D20"/>
    <w:rsid w:val="00BB72BD"/>
    <w:rsid w:val="00BC7E80"/>
    <w:rsid w:val="00BE0828"/>
    <w:rsid w:val="00BE320D"/>
    <w:rsid w:val="00BE68D4"/>
    <w:rsid w:val="00BF196B"/>
    <w:rsid w:val="00BF60DA"/>
    <w:rsid w:val="00C035E0"/>
    <w:rsid w:val="00C03D94"/>
    <w:rsid w:val="00C213F8"/>
    <w:rsid w:val="00C27BF8"/>
    <w:rsid w:val="00C318DB"/>
    <w:rsid w:val="00C45FC0"/>
    <w:rsid w:val="00C4784B"/>
    <w:rsid w:val="00C523F0"/>
    <w:rsid w:val="00C71019"/>
    <w:rsid w:val="00C76BD6"/>
    <w:rsid w:val="00C7782F"/>
    <w:rsid w:val="00C81096"/>
    <w:rsid w:val="00C944AA"/>
    <w:rsid w:val="00CA274E"/>
    <w:rsid w:val="00CB0664"/>
    <w:rsid w:val="00CD10AA"/>
    <w:rsid w:val="00CD4405"/>
    <w:rsid w:val="00CE1170"/>
    <w:rsid w:val="00CE5C74"/>
    <w:rsid w:val="00CF0E2B"/>
    <w:rsid w:val="00CF4E96"/>
    <w:rsid w:val="00D05169"/>
    <w:rsid w:val="00D06CDD"/>
    <w:rsid w:val="00D161D0"/>
    <w:rsid w:val="00D36EF1"/>
    <w:rsid w:val="00D37517"/>
    <w:rsid w:val="00D41889"/>
    <w:rsid w:val="00D56CF9"/>
    <w:rsid w:val="00D56EA3"/>
    <w:rsid w:val="00D57F7B"/>
    <w:rsid w:val="00D6730A"/>
    <w:rsid w:val="00D75487"/>
    <w:rsid w:val="00D81964"/>
    <w:rsid w:val="00D86C81"/>
    <w:rsid w:val="00D94303"/>
    <w:rsid w:val="00D95ED7"/>
    <w:rsid w:val="00D96C12"/>
    <w:rsid w:val="00D96ED9"/>
    <w:rsid w:val="00D970AA"/>
    <w:rsid w:val="00DA50CA"/>
    <w:rsid w:val="00DB04CB"/>
    <w:rsid w:val="00DD15BE"/>
    <w:rsid w:val="00DE5EA6"/>
    <w:rsid w:val="00DE7B85"/>
    <w:rsid w:val="00DF62ED"/>
    <w:rsid w:val="00E11F73"/>
    <w:rsid w:val="00E20C5B"/>
    <w:rsid w:val="00E401C8"/>
    <w:rsid w:val="00E45BAB"/>
    <w:rsid w:val="00E46D88"/>
    <w:rsid w:val="00E50D0E"/>
    <w:rsid w:val="00E70F53"/>
    <w:rsid w:val="00E75D61"/>
    <w:rsid w:val="00E8214D"/>
    <w:rsid w:val="00E9310D"/>
    <w:rsid w:val="00E94073"/>
    <w:rsid w:val="00EA00F9"/>
    <w:rsid w:val="00EA42A7"/>
    <w:rsid w:val="00EA4533"/>
    <w:rsid w:val="00EB0431"/>
    <w:rsid w:val="00EC2F63"/>
    <w:rsid w:val="00EC39F1"/>
    <w:rsid w:val="00EC7E24"/>
    <w:rsid w:val="00ED2A58"/>
    <w:rsid w:val="00ED6203"/>
    <w:rsid w:val="00EE320C"/>
    <w:rsid w:val="00EF3554"/>
    <w:rsid w:val="00EF5271"/>
    <w:rsid w:val="00F2206B"/>
    <w:rsid w:val="00F23087"/>
    <w:rsid w:val="00F2401E"/>
    <w:rsid w:val="00F24508"/>
    <w:rsid w:val="00F2493C"/>
    <w:rsid w:val="00F27A63"/>
    <w:rsid w:val="00F43B4B"/>
    <w:rsid w:val="00F44FF4"/>
    <w:rsid w:val="00F53188"/>
    <w:rsid w:val="00F53D0E"/>
    <w:rsid w:val="00F60979"/>
    <w:rsid w:val="00F635B8"/>
    <w:rsid w:val="00F70A76"/>
    <w:rsid w:val="00F772C7"/>
    <w:rsid w:val="00FC693F"/>
    <w:rsid w:val="00FD1DE2"/>
    <w:rsid w:val="00FE1F2F"/>
    <w:rsid w:val="00FE5748"/>
    <w:rsid w:val="00FF5C08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00506"/>
  <w14:defaultImageDpi w14:val="300"/>
  <w15:docId w15:val="{7F1A77DA-8A34-4A11-8F6E-7920ACC5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232323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3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B49366-A5CB-4B96-B953-650A90667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77</Pages>
  <Words>15429</Words>
  <Characters>87949</Characters>
  <Application>Microsoft Office Word</Application>
  <DocSecurity>0</DocSecurity>
  <Lines>732</Lines>
  <Paragraphs>206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288</cp:revision>
  <dcterms:created xsi:type="dcterms:W3CDTF">2013-12-23T23:15:00Z</dcterms:created>
  <dcterms:modified xsi:type="dcterms:W3CDTF">2026-09-22T22:25:00Z</dcterms:modified>
  <cp:category/>
</cp:coreProperties>
</file>